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FTitle"/>
      </w:pPr>
      <w:r>
        <w:t>Übergabe- und Abnahmeprotokoll</w:t>
      </w:r>
    </w:p>
    <w:p>
      <w:pPr>
        <w:pStyle w:val="WFSubtitle"/>
      </w:pPr>
      <w:r>
        <w:t>Ausführliche Schweizer Arbeitsvorlage für Einzug, Auszug oder Eigentumsübergabe – mit Raum-für-Raum-Kontrolle</w:t>
      </w:r>
    </w:p>
    <w:tbl>
      <w:tblPr>
        <w:tblW w:type="dxa" w:w="10035"/>
        <w:jc w:val="left"/>
        <w:tblLayout w:type="fixed"/>
        <w:tblLook w:firstColumn="1" w:firstRow="1" w:lastColumn="0" w:lastRow="0" w:noHBand="0" w:noVBand="1" w:val="04A0"/>
        <w:tblInd w:w="120" w:type="dxa"/>
      </w:tblPr>
      <w:tblGrid>
        <w:gridCol w:w="10035"/>
      </w:tblGrid>
      <w:tr>
        <w:trPr>
          <w:cantSplit/>
        </w:trPr>
        <w:tc>
          <w:tcPr>
            <w:tcW w:type="dxa" w:w="10035"/>
            <w:tcMar>
              <w:top w:w="105" w:type="dxa"/>
              <w:start w:w="120" w:type="dxa"/>
              <w:bottom w:w="105" w:type="dxa"/>
              <w:end w:w="120" w:type="dxa"/>
            </w:tcMar>
            <w:vAlign w:val="center"/>
            <w:shd w:fill="F5F2EA"/>
          </w:tcPr>
          <w:p>
            <w:pPr>
              <w:spacing w:after="40"/>
            </w:pPr>
            <w:r>
              <w:rPr>
                <w:b/>
                <w:color w:val="173D32"/>
              </w:rPr>
              <w:t>Hinweis zur Verwendung</w:t>
            </w:r>
          </w:p>
          <w:p>
            <w:pPr>
              <w:spacing w:after="0"/>
            </w:pPr>
            <w:r>
              <w:t>Das Objekt gemeinsam bei gutem Licht prüfen. Jede Feststellung mit Positionsnummer, genauer Lage, Art und Ausmass beschreiben und nach Möglichkeit fotografieren. Strittige Punkte ausdrücklich kennzeichnen. Die Unterzeichnung bestätigt die protokollierten Tatsachen, nicht automatisch eine Kosten- oder Schuldanerkennung.</w:t>
            </w:r>
          </w:p>
        </w:tc>
      </w:tr>
    </w:tbl>
    <w:p>
      <w:pPr>
        <w:spacing w:after="0" w:line="96" w:lineRule="auto"/>
      </w:pPr>
    </w:p>
    <w:p>
      <w:pPr>
        <w:pStyle w:val="Heading1"/>
      </w:pPr>
      <w:r>
        <w:t>1. Objekt, Parteien und Termin</w:t>
      </w:r>
    </w:p>
    <w:tbl>
      <w:tblPr>
        <w:tblW w:type="dxa" w:w="10035"/>
        <w:jc w:val="left"/>
        <w:tblLayout w:type="fixed"/>
        <w:tblLook w:firstColumn="1" w:firstRow="1" w:lastColumn="0" w:lastRow="0" w:noHBand="0" w:noVBand="1" w:val="04A0"/>
        <w:tblInd w:w="120" w:type="dxa"/>
      </w:tblPr>
      <w:tblGrid>
        <w:gridCol w:w="2750"/>
        <w:gridCol w:w="7285"/>
      </w:tblGrid>
      <w:tr>
        <w:trPr>
          <w:cantSplit/>
          <w:trHeight w:val="465" w:hRule="atLeast"/>
        </w:trPr>
        <w:tc>
          <w:tcPr>
            <w:tcW w:type="dxa" w:w="2750"/>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Objektadresse</w:t>
            </w:r>
          </w:p>
        </w:tc>
        <w:tc>
          <w:tcPr>
            <w:tcW w:type="dxa" w:w="7285"/>
            <w:shd w:fill="FAFCFA"/>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top"/>
          </w:tcPr>
          <w:p>
            <w:pPr>
              <w:spacing w:after="20"/>
            </w:pPr>
            <w:r/>
            <w:r>
              <w:t>Strasse / Hausnummer sowie PLZ / Ort:</w:t>
            </w:r>
          </w:p>
          <w:p>
            <w:pPr>
              <w:spacing w:before="100" w:after="40" w:line="216" w:lineRule="auto"/>
              <w:pBdr>
                <w:bottom w:val="single" w:sz="5" w:space="2" w:color="CCD5CF"/>
              </w:pBdr>
            </w:pPr>
            <w:r>
              <w:t xml:space="preserve"> </w:t>
            </w:r>
          </w:p>
        </w:tc>
      </w:tr>
      <w:tr>
        <w:trPr>
          <w:cantSplit/>
          <w:trHeight w:val="465" w:hRule="atLeast"/>
        </w:trPr>
        <w:tc>
          <w:tcPr>
            <w:tcW w:type="dxa" w:w="2750"/>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Objektart</w:t>
            </w:r>
          </w:p>
        </w:tc>
        <w:tc>
          <w:tcPr>
            <w:tcW w:type="dxa" w:w="7285"/>
            <w:shd w:fill="FAFCFA"/>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top"/>
          </w:tcPr>
          <w:p>
            <w:pPr>
              <w:spacing w:after="20"/>
            </w:pPr>
            <w:r/>
            <w:r>
              <w:t>☐ Wohnung  ☐ Einfamilienhaus  ☐ Stockwerkeigentum  ☐ Gewerbe  ☐ weitere Art:</w:t>
            </w:r>
          </w:p>
          <w:p>
            <w:pPr>
              <w:spacing w:before="100" w:after="40" w:line="216" w:lineRule="auto"/>
              <w:pBdr>
                <w:bottom w:val="single" w:sz="5" w:space="2" w:color="CCD5CF"/>
              </w:pBdr>
            </w:pPr>
            <w:r>
              <w:t xml:space="preserve"> </w:t>
            </w:r>
          </w:p>
        </w:tc>
      </w:tr>
      <w:tr>
        <w:trPr>
          <w:cantSplit/>
          <w:trHeight w:val="465" w:hRule="atLeast"/>
        </w:trPr>
        <w:tc>
          <w:tcPr>
            <w:tcW w:type="dxa" w:w="2750"/>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Lage / Bezeichnung</w:t>
            </w:r>
          </w:p>
        </w:tc>
        <w:tc>
          <w:tcPr>
            <w:tcW w:type="dxa" w:w="7285"/>
            <w:shd w:fill="FAFCFA"/>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top"/>
          </w:tcPr>
          <w:p>
            <w:pPr>
              <w:spacing w:after="20"/>
            </w:pPr>
            <w:r/>
            <w:r>
              <w:t>Stockwerk, Wohnungsnummer, Objekt- oder Referenznummer:</w:t>
            </w:r>
          </w:p>
          <w:p>
            <w:pPr>
              <w:spacing w:before="100" w:after="40" w:line="216" w:lineRule="auto"/>
              <w:pBdr>
                <w:bottom w:val="single" w:sz="5" w:space="2" w:color="CCD5CF"/>
              </w:pBdr>
            </w:pPr>
            <w:r>
              <w:t xml:space="preserve"> </w:t>
            </w:r>
          </w:p>
        </w:tc>
      </w:tr>
      <w:tr>
        <w:trPr>
          <w:cantSplit/>
          <w:trHeight w:val="465" w:hRule="atLeast"/>
        </w:trPr>
        <w:tc>
          <w:tcPr>
            <w:tcW w:type="dxa" w:w="2750"/>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Protokollart</w:t>
            </w:r>
          </w:p>
        </w:tc>
        <w:tc>
          <w:tcPr>
            <w:tcW w:type="dxa" w:w="7285"/>
            <w:shd w:fill="FAFCFA"/>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top"/>
          </w:tcPr>
          <w:p>
            <w:pPr>
              <w:spacing w:after="20"/>
            </w:pPr>
            <w:r/>
            <w:r>
              <w:t>☐ Übergabe / Einzug  ☐ Abnahme / Auszug  ☐ Eigentumsübergabe  ☐ Zwischenkontrolle</w:t>
            </w:r>
          </w:p>
        </w:tc>
      </w:tr>
      <w:tr>
        <w:trPr>
          <w:cantSplit/>
          <w:trHeight w:val="465" w:hRule="atLeast"/>
        </w:trPr>
        <w:tc>
          <w:tcPr>
            <w:tcW w:type="dxa" w:w="2750"/>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Termin</w:t>
            </w:r>
          </w:p>
        </w:tc>
        <w:tc>
          <w:tcPr>
            <w:tcW w:type="dxa" w:w="7285"/>
            <w:shd w:fill="FAFCFA"/>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top"/>
          </w:tcPr>
          <w:p>
            <w:pPr>
              <w:spacing w:after="20"/>
            </w:pPr>
            <w:r/>
            <w:r>
              <w:t>Datum, Beginn und Ende der Kontrolle:</w:t>
            </w:r>
          </w:p>
          <w:p>
            <w:pPr>
              <w:spacing w:before="100" w:after="40" w:line="216" w:lineRule="auto"/>
              <w:pBdr>
                <w:bottom w:val="single" w:sz="5" w:space="2" w:color="CCD5CF"/>
              </w:pBdr>
            </w:pPr>
            <w:r>
              <w:t xml:space="preserve"> </w:t>
            </w:r>
          </w:p>
        </w:tc>
      </w:tr>
      <w:tr>
        <w:trPr>
          <w:cantSplit/>
          <w:trHeight w:val="465" w:hRule="atLeast"/>
        </w:trPr>
        <w:tc>
          <w:tcPr>
            <w:tcW w:type="dxa" w:w="2750"/>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Übergebende Partei</w:t>
            </w:r>
          </w:p>
        </w:tc>
        <w:tc>
          <w:tcPr>
            <w:tcW w:type="dxa" w:w="7285"/>
            <w:shd w:fill="FAFCFA"/>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top"/>
          </w:tcPr>
          <w:p>
            <w:pPr>
              <w:spacing w:after="20"/>
            </w:pPr>
            <w:r/>
            <w:r>
              <w:t>Name / Firma, Adresse, Telefon und E-Mail:</w:t>
            </w:r>
          </w:p>
          <w:p>
            <w:pPr>
              <w:spacing w:before="100" w:after="40" w:line="216" w:lineRule="auto"/>
              <w:pBdr>
                <w:bottom w:val="single" w:sz="5" w:space="2" w:color="CCD5CF"/>
              </w:pBdr>
            </w:pPr>
            <w:r>
              <w:t xml:space="preserve"> </w:t>
            </w:r>
          </w:p>
        </w:tc>
      </w:tr>
      <w:tr>
        <w:trPr>
          <w:cantSplit/>
          <w:trHeight w:val="465" w:hRule="atLeast"/>
        </w:trPr>
        <w:tc>
          <w:tcPr>
            <w:tcW w:type="dxa" w:w="2750"/>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Übernehmende Partei</w:t>
            </w:r>
          </w:p>
        </w:tc>
        <w:tc>
          <w:tcPr>
            <w:tcW w:type="dxa" w:w="7285"/>
            <w:shd w:fill="FAFCFA"/>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top"/>
          </w:tcPr>
          <w:p>
            <w:pPr>
              <w:spacing w:after="20"/>
            </w:pPr>
            <w:r/>
            <w:r>
              <w:t>Name(n), Adresse, Telefon und E-Mail:</w:t>
            </w:r>
          </w:p>
          <w:p>
            <w:pPr>
              <w:spacing w:before="100" w:after="40" w:line="216" w:lineRule="auto"/>
              <w:pBdr>
                <w:bottom w:val="single" w:sz="5" w:space="2" w:color="CCD5CF"/>
              </w:pBdr>
            </w:pPr>
            <w:r>
              <w:t xml:space="preserve"> </w:t>
            </w:r>
          </w:p>
        </w:tc>
      </w:tr>
      <w:tr>
        <w:trPr>
          <w:cantSplit/>
          <w:trHeight w:val="465" w:hRule="atLeast"/>
        </w:trPr>
        <w:tc>
          <w:tcPr>
            <w:tcW w:type="dxa" w:w="2750"/>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Verwaltung / Vertretung</w:t>
            </w:r>
          </w:p>
        </w:tc>
        <w:tc>
          <w:tcPr>
            <w:tcW w:type="dxa" w:w="7285"/>
            <w:shd w:fill="FAFCFA"/>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top"/>
          </w:tcPr>
          <w:p>
            <w:pPr>
              <w:spacing w:after="20"/>
            </w:pPr>
            <w:r/>
            <w:r>
              <w:t>Name, Funktion und Kontakt:</w:t>
            </w:r>
          </w:p>
          <w:p>
            <w:pPr>
              <w:spacing w:before="100" w:after="40" w:line="216" w:lineRule="auto"/>
              <w:pBdr>
                <w:bottom w:val="single" w:sz="5" w:space="2" w:color="CCD5CF"/>
              </w:pBdr>
            </w:pPr>
            <w:r>
              <w:t xml:space="preserve"> </w:t>
            </w:r>
          </w:p>
        </w:tc>
      </w:tr>
      <w:tr>
        <w:trPr>
          <w:cantSplit/>
          <w:trHeight w:val="465" w:hRule="atLeast"/>
        </w:trPr>
        <w:tc>
          <w:tcPr>
            <w:tcW w:type="dxa" w:w="2750"/>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Weitere Anwesende</w:t>
            </w:r>
          </w:p>
        </w:tc>
        <w:tc>
          <w:tcPr>
            <w:tcW w:type="dxa" w:w="7285"/>
            <w:shd w:fill="FAFCFA"/>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top"/>
          </w:tcPr>
          <w:p>
            <w:pPr>
              <w:spacing w:after="20"/>
            </w:pPr>
            <w:r/>
            <w:r>
              <w:t>Name, Funktion und Kontakt, z. B. Fachperson oder Zeuge:</w:t>
            </w:r>
          </w:p>
          <w:p>
            <w:pPr>
              <w:spacing w:before="100" w:after="40" w:line="216" w:lineRule="auto"/>
              <w:pBdr>
                <w:bottom w:val="single" w:sz="5" w:space="2" w:color="CCD5CF"/>
              </w:pBdr>
            </w:pPr>
            <w:r>
              <w:t xml:space="preserve"> </w:t>
            </w:r>
          </w:p>
        </w:tc>
      </w:tr>
      <w:tr>
        <w:trPr>
          <w:cantSplit/>
          <w:trHeight w:val="465" w:hRule="atLeast"/>
        </w:trPr>
        <w:tc>
          <w:tcPr>
            <w:tcW w:type="dxa" w:w="2750"/>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Referenz</w:t>
            </w:r>
          </w:p>
        </w:tc>
        <w:tc>
          <w:tcPr>
            <w:tcW w:type="dxa" w:w="7285"/>
            <w:shd w:fill="FAFCFA"/>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top"/>
          </w:tcPr>
          <w:p>
            <w:pPr>
              <w:spacing w:after="20"/>
            </w:pPr>
            <w:r/>
            <w:r>
              <w:t>Miet- / Kaufvertrag vom sowie früheres Protokoll vom:</w:t>
            </w:r>
          </w:p>
          <w:p>
            <w:pPr>
              <w:spacing w:before="100" w:after="40" w:line="216" w:lineRule="auto"/>
              <w:pBdr>
                <w:bottom w:val="single" w:sz="5" w:space="2" w:color="CCD5CF"/>
              </w:pBdr>
            </w:pPr>
            <w:r>
              <w:t xml:space="preserve"> </w:t>
            </w:r>
          </w:p>
        </w:tc>
      </w:tr>
    </w:tbl>
    <w:p>
      <w:pPr>
        <w:spacing w:after="0"/>
      </w:pPr>
    </w:p>
    <w:p>
      <w:pPr>
        <w:pStyle w:val="Heading1"/>
      </w:pPr>
      <w:r>
        <w:t>2. Zählerstände und Versorgung</w:t>
      </w:r>
    </w:p>
    <w:tbl>
      <w:tblPr>
        <w:tblStyle w:val="TableGrid"/>
        <w:tblW w:type="dxa" w:w="10035"/>
        <w:jc w:val="left"/>
        <w:tblLayout w:type="fixed"/>
        <w:tblLook w:firstColumn="1" w:firstRow="1" w:lastColumn="0" w:lastRow="0" w:noHBand="0" w:noVBand="1" w:val="04A0"/>
        <w:tblInd w:w="120" w:type="dxa"/>
      </w:tblPr>
      <w:tblGrid>
        <w:gridCol w:w="2100"/>
        <w:gridCol w:w="2250"/>
        <w:gridCol w:w="1900"/>
        <w:gridCol w:w="1850"/>
        <w:gridCol w:w="1935"/>
      </w:tblGrid>
      <w:tr>
        <w:trPr>
          <w:cantSplit/>
          <w:tblHeader w:val="true"/>
        </w:trPr>
        <w:tc>
          <w:tcPr>
            <w:tcW w:type="dxa" w:w="2100"/>
            <w:shd w:fill="173D32"/>
            <w:tcMar>
              <w:top w:w="105" w:type="dxa"/>
              <w:start w:w="120" w:type="dxa"/>
              <w:bottom w:w="105" w:type="dxa"/>
              <w:end w:w="120" w:type="dxa"/>
            </w:tcMar>
            <w:vAlign w:val="center"/>
          </w:tcPr>
          <w:p>
            <w:r>
              <w:rPr>
                <w:b/>
                <w:color w:val="FFFFFF"/>
                <w:sz w:val="17"/>
              </w:rPr>
              <w:t>Medium</w:t>
            </w:r>
          </w:p>
        </w:tc>
        <w:tc>
          <w:tcPr>
            <w:tcW w:type="dxa" w:w="2250"/>
            <w:shd w:fill="173D32"/>
            <w:tcMar>
              <w:top w:w="105" w:type="dxa"/>
              <w:start w:w="120" w:type="dxa"/>
              <w:bottom w:w="105" w:type="dxa"/>
              <w:end w:w="120" w:type="dxa"/>
            </w:tcMar>
            <w:vAlign w:val="center"/>
          </w:tcPr>
          <w:p>
            <w:r>
              <w:rPr>
                <w:b/>
                <w:color w:val="FFFFFF"/>
                <w:sz w:val="17"/>
              </w:rPr>
              <w:t>Zählernummer</w:t>
            </w:r>
          </w:p>
        </w:tc>
        <w:tc>
          <w:tcPr>
            <w:tcW w:type="dxa" w:w="1900"/>
            <w:shd w:fill="173D32"/>
            <w:tcMar>
              <w:top w:w="105" w:type="dxa"/>
              <w:start w:w="120" w:type="dxa"/>
              <w:bottom w:w="105" w:type="dxa"/>
              <w:end w:w="120" w:type="dxa"/>
            </w:tcMar>
            <w:vAlign w:val="center"/>
          </w:tcPr>
          <w:p>
            <w:r>
              <w:rPr>
                <w:b/>
                <w:color w:val="FFFFFF"/>
                <w:sz w:val="17"/>
              </w:rPr>
              <w:t>Stand</w:t>
            </w:r>
          </w:p>
        </w:tc>
        <w:tc>
          <w:tcPr>
            <w:tcW w:type="dxa" w:w="1850"/>
            <w:shd w:fill="173D32"/>
            <w:tcMar>
              <w:top w:w="105" w:type="dxa"/>
              <w:start w:w="120" w:type="dxa"/>
              <w:bottom w:w="105" w:type="dxa"/>
              <w:end w:w="120" w:type="dxa"/>
            </w:tcMar>
            <w:vAlign w:val="center"/>
          </w:tcPr>
          <w:p>
            <w:r>
              <w:rPr>
                <w:b/>
                <w:color w:val="FFFFFF"/>
                <w:sz w:val="17"/>
              </w:rPr>
              <w:t>Einheit</w:t>
            </w:r>
          </w:p>
        </w:tc>
        <w:tc>
          <w:tcPr>
            <w:tcW w:type="dxa" w:w="1935"/>
            <w:shd w:fill="173D32"/>
            <w:tcMar>
              <w:top w:w="105" w:type="dxa"/>
              <w:start w:w="120" w:type="dxa"/>
              <w:bottom w:w="105" w:type="dxa"/>
              <w:end w:w="120" w:type="dxa"/>
            </w:tcMar>
            <w:vAlign w:val="center"/>
          </w:tcPr>
          <w:p>
            <w:r>
              <w:rPr>
                <w:b/>
                <w:color w:val="FFFFFF"/>
                <w:sz w:val="17"/>
              </w:rPr>
              <w:t>Foto-Nr.</w:t>
            </w:r>
          </w:p>
        </w:tc>
      </w:tr>
      <w:tr>
        <w:trPr>
          <w:cantSplit/>
        </w:trPr>
        <w:tc>
          <w:tcPr>
            <w:tcW w:type="dxa" w:w="2100"/>
            <w:tcMar>
              <w:top w:w="105" w:type="dxa"/>
              <w:start w:w="120" w:type="dxa"/>
              <w:bottom w:w="105" w:type="dxa"/>
              <w:end w:w="120" w:type="dxa"/>
            </w:tcMar>
            <w:vAlign w:val="center"/>
          </w:tcPr>
          <w:p>
            <w:r/>
            <w:r>
              <w:t>Strom – Hauptzähler</w:t>
            </w:r>
          </w:p>
        </w:tc>
        <w:tc>
          <w:tcPr>
            <w:tcW w:type="dxa" w:w="225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1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1850"/>
            <w:tcMar>
              <w:top w:w="105" w:type="dxa"/>
              <w:start w:w="120" w:type="dxa"/>
              <w:bottom w:w="105" w:type="dxa"/>
              <w:end w:w="120" w:type="dxa"/>
            </w:tcMar>
            <w:vAlign w:val="center"/>
          </w:tcPr>
          <w:p>
            <w:r/>
            <w:r>
              <w:t>kWh</w:t>
            </w:r>
          </w:p>
        </w:tc>
        <w:tc>
          <w:tcPr>
            <w:tcW w:type="dxa" w:w="19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2100"/>
            <w:tcMar>
              <w:top w:w="105" w:type="dxa"/>
              <w:start w:w="120" w:type="dxa"/>
              <w:bottom w:w="105" w:type="dxa"/>
              <w:end w:w="120" w:type="dxa"/>
            </w:tcMar>
            <w:vAlign w:val="center"/>
          </w:tcPr>
          <w:p>
            <w:r/>
            <w:r>
              <w:t>Strom – weiterer Zähler</w:t>
            </w:r>
          </w:p>
        </w:tc>
        <w:tc>
          <w:tcPr>
            <w:tcW w:type="dxa" w:w="225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1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1850"/>
            <w:tcMar>
              <w:top w:w="105" w:type="dxa"/>
              <w:start w:w="120" w:type="dxa"/>
              <w:bottom w:w="105" w:type="dxa"/>
              <w:end w:w="120" w:type="dxa"/>
            </w:tcMar>
            <w:vAlign w:val="center"/>
          </w:tcPr>
          <w:p>
            <w:r/>
            <w:r>
              <w:t>kWh</w:t>
            </w:r>
          </w:p>
        </w:tc>
        <w:tc>
          <w:tcPr>
            <w:tcW w:type="dxa" w:w="19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2100"/>
            <w:tcMar>
              <w:top w:w="105" w:type="dxa"/>
              <w:start w:w="120" w:type="dxa"/>
              <w:bottom w:w="105" w:type="dxa"/>
              <w:end w:w="120" w:type="dxa"/>
            </w:tcMar>
            <w:vAlign w:val="center"/>
          </w:tcPr>
          <w:p>
            <w:r/>
            <w:r>
              <w:t>Kaltwasser</w:t>
            </w:r>
          </w:p>
        </w:tc>
        <w:tc>
          <w:tcPr>
            <w:tcW w:type="dxa" w:w="225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1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1850"/>
            <w:tcMar>
              <w:top w:w="105" w:type="dxa"/>
              <w:start w:w="120" w:type="dxa"/>
              <w:bottom w:w="105" w:type="dxa"/>
              <w:end w:w="120" w:type="dxa"/>
            </w:tcMar>
            <w:vAlign w:val="center"/>
          </w:tcPr>
          <w:p>
            <w:r/>
            <w:r>
              <w:t>m³</w:t>
            </w:r>
          </w:p>
        </w:tc>
        <w:tc>
          <w:tcPr>
            <w:tcW w:type="dxa" w:w="19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2100"/>
            <w:tcMar>
              <w:top w:w="105" w:type="dxa"/>
              <w:start w:w="120" w:type="dxa"/>
              <w:bottom w:w="105" w:type="dxa"/>
              <w:end w:w="120" w:type="dxa"/>
            </w:tcMar>
            <w:vAlign w:val="center"/>
          </w:tcPr>
          <w:p>
            <w:r/>
            <w:r>
              <w:t>Warmwasser</w:t>
            </w:r>
          </w:p>
        </w:tc>
        <w:tc>
          <w:tcPr>
            <w:tcW w:type="dxa" w:w="225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1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1850"/>
            <w:tcMar>
              <w:top w:w="105" w:type="dxa"/>
              <w:start w:w="120" w:type="dxa"/>
              <w:bottom w:w="105" w:type="dxa"/>
              <w:end w:w="120" w:type="dxa"/>
            </w:tcMar>
            <w:vAlign w:val="center"/>
          </w:tcPr>
          <w:p>
            <w:r/>
            <w:r>
              <w:t>m³</w:t>
            </w:r>
          </w:p>
        </w:tc>
        <w:tc>
          <w:tcPr>
            <w:tcW w:type="dxa" w:w="19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2100"/>
            <w:tcMar>
              <w:top w:w="105" w:type="dxa"/>
              <w:start w:w="120" w:type="dxa"/>
              <w:bottom w:w="105" w:type="dxa"/>
              <w:end w:w="120" w:type="dxa"/>
            </w:tcMar>
            <w:vAlign w:val="center"/>
          </w:tcPr>
          <w:p>
            <w:r/>
            <w:r>
              <w:t>Gas</w:t>
            </w:r>
          </w:p>
        </w:tc>
        <w:tc>
          <w:tcPr>
            <w:tcW w:type="dxa" w:w="225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1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1850"/>
            <w:tcMar>
              <w:top w:w="105" w:type="dxa"/>
              <w:start w:w="120" w:type="dxa"/>
              <w:bottom w:w="105" w:type="dxa"/>
              <w:end w:w="120" w:type="dxa"/>
            </w:tcMar>
            <w:vAlign w:val="center"/>
          </w:tcPr>
          <w:p>
            <w:r/>
            <w:r>
              <w:t>m³ / kWh</w:t>
            </w:r>
          </w:p>
        </w:tc>
        <w:tc>
          <w:tcPr>
            <w:tcW w:type="dxa" w:w="19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2100"/>
            <w:tcMar>
              <w:top w:w="105" w:type="dxa"/>
              <w:start w:w="120" w:type="dxa"/>
              <w:bottom w:w="105" w:type="dxa"/>
              <w:end w:w="120" w:type="dxa"/>
            </w:tcMar>
            <w:vAlign w:val="center"/>
          </w:tcPr>
          <w:p>
            <w:r/>
            <w:r>
              <w:t>Wärme / Heizkostenverteiler</w:t>
            </w:r>
          </w:p>
        </w:tc>
        <w:tc>
          <w:tcPr>
            <w:tcW w:type="dxa" w:w="225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1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1850"/>
            <w:tcMar>
              <w:top w:w="105" w:type="dxa"/>
              <w:start w:w="120" w:type="dxa"/>
              <w:bottom w:w="105" w:type="dxa"/>
              <w:end w:w="120" w:type="dxa"/>
            </w:tcMar>
            <w:vAlign w:val="center"/>
          </w:tcPr>
          <w:p>
            <w:r/>
            <w:r>
              <w:t>Einheiten</w:t>
            </w:r>
          </w:p>
        </w:tc>
        <w:tc>
          <w:tcPr>
            <w:tcW w:type="dxa" w:w="19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2100"/>
            <w:tcMar>
              <w:top w:w="105" w:type="dxa"/>
              <w:start w:w="120" w:type="dxa"/>
              <w:bottom w:w="105" w:type="dxa"/>
              <w:end w:w="120" w:type="dxa"/>
            </w:tcMar>
            <w:vAlign w:val="center"/>
          </w:tcPr>
          <w:p>
            <w:r/>
            <w:r>
              <w:t>Heizöl / Tank</w:t>
            </w:r>
          </w:p>
        </w:tc>
        <w:tc>
          <w:tcPr>
            <w:tcW w:type="dxa" w:w="225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1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1850"/>
            <w:tcMar>
              <w:top w:w="105" w:type="dxa"/>
              <w:start w:w="120" w:type="dxa"/>
              <w:bottom w:w="105" w:type="dxa"/>
              <w:end w:w="120" w:type="dxa"/>
            </w:tcMar>
            <w:vAlign w:val="center"/>
          </w:tcPr>
          <w:p>
            <w:r/>
            <w:r>
              <w:t>Liter</w:t>
            </w:r>
          </w:p>
        </w:tc>
        <w:tc>
          <w:tcPr>
            <w:tcW w:type="dxa" w:w="19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2100"/>
            <w:tcMar>
              <w:top w:w="105" w:type="dxa"/>
              <w:start w:w="120" w:type="dxa"/>
              <w:bottom w:w="105" w:type="dxa"/>
              <w:end w:w="120" w:type="dxa"/>
            </w:tcMar>
            <w:vAlign w:val="center"/>
          </w:tcPr>
          <w:p>
            <w:r/>
            <w:r>
              <w:t>Weitere Messstelle</w:t>
            </w:r>
          </w:p>
        </w:tc>
        <w:tc>
          <w:tcPr>
            <w:tcW w:type="dxa" w:w="225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1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185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19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bl>
    <w:p>
      <w:pPr>
        <w:spacing w:after="0"/>
      </w:pPr>
    </w:p>
    <w:p>
      <w:pPr>
        <w:pStyle w:val="Heading1"/>
      </w:pPr>
      <w:r>
        <w:t>3. Schlüssel, Badges und Fernbedienungen</w:t>
      </w:r>
    </w:p>
    <w:tbl>
      <w:tblPr>
        <w:tblStyle w:val="TableGrid"/>
        <w:tblW w:type="dxa" w:w="10035"/>
        <w:jc w:val="left"/>
        <w:tblLayout w:type="fixed"/>
        <w:tblLook w:firstColumn="1" w:firstRow="1" w:lastColumn="0" w:lastRow="0" w:noHBand="0" w:noVBand="1" w:val="04A0"/>
        <w:tblInd w:w="120" w:type="dxa"/>
      </w:tblPr>
      <w:tblGrid>
        <w:gridCol w:w="2600"/>
        <w:gridCol w:w="1100"/>
        <w:gridCol w:w="1400"/>
        <w:gridCol w:w="2500"/>
        <w:gridCol w:w="2435"/>
      </w:tblGrid>
      <w:tr>
        <w:trPr>
          <w:cantSplit/>
          <w:tblHeader w:val="true"/>
        </w:trPr>
        <w:tc>
          <w:tcPr>
            <w:tcW w:type="dxa" w:w="2600"/>
            <w:shd w:fill="173D32"/>
            <w:tcMar>
              <w:top w:w="105" w:type="dxa"/>
              <w:start w:w="120" w:type="dxa"/>
              <w:bottom w:w="105" w:type="dxa"/>
              <w:end w:w="120" w:type="dxa"/>
            </w:tcMar>
            <w:vAlign w:val="center"/>
          </w:tcPr>
          <w:p>
            <w:r>
              <w:rPr>
                <w:b/>
                <w:color w:val="FFFFFF"/>
                <w:sz w:val="17"/>
              </w:rPr>
              <w:t>Zugang / Schlüsselart</w:t>
            </w:r>
          </w:p>
        </w:tc>
        <w:tc>
          <w:tcPr>
            <w:tcW w:type="dxa" w:w="1100"/>
            <w:shd w:fill="173D32"/>
            <w:tcMar>
              <w:top w:w="105" w:type="dxa"/>
              <w:start w:w="120" w:type="dxa"/>
              <w:bottom w:w="105" w:type="dxa"/>
              <w:end w:w="120" w:type="dxa"/>
            </w:tcMar>
            <w:vAlign w:val="center"/>
          </w:tcPr>
          <w:p>
            <w:r>
              <w:rPr>
                <w:b/>
                <w:color w:val="FFFFFF"/>
                <w:sz w:val="17"/>
              </w:rPr>
              <w:t>Soll</w:t>
            </w:r>
          </w:p>
        </w:tc>
        <w:tc>
          <w:tcPr>
            <w:tcW w:type="dxa" w:w="1400"/>
            <w:shd w:fill="173D32"/>
            <w:tcMar>
              <w:top w:w="105" w:type="dxa"/>
              <w:start w:w="120" w:type="dxa"/>
              <w:bottom w:w="105" w:type="dxa"/>
              <w:end w:w="120" w:type="dxa"/>
            </w:tcMar>
            <w:vAlign w:val="center"/>
          </w:tcPr>
          <w:p>
            <w:r>
              <w:rPr>
                <w:b/>
                <w:color w:val="FFFFFF"/>
                <w:sz w:val="17"/>
              </w:rPr>
              <w:t>Übergeben</w:t>
            </w:r>
          </w:p>
        </w:tc>
        <w:tc>
          <w:tcPr>
            <w:tcW w:type="dxa" w:w="2500"/>
            <w:shd w:fill="173D32"/>
            <w:tcMar>
              <w:top w:w="105" w:type="dxa"/>
              <w:start w:w="120" w:type="dxa"/>
              <w:bottom w:w="105" w:type="dxa"/>
              <w:end w:w="120" w:type="dxa"/>
            </w:tcMar>
            <w:vAlign w:val="center"/>
          </w:tcPr>
          <w:p>
            <w:r>
              <w:rPr>
                <w:b/>
                <w:color w:val="FFFFFF"/>
                <w:sz w:val="17"/>
              </w:rPr>
              <w:t>Nummer / Bezeichnung</w:t>
            </w:r>
          </w:p>
        </w:tc>
        <w:tc>
          <w:tcPr>
            <w:tcW w:type="dxa" w:w="2435"/>
            <w:shd w:fill="173D32"/>
            <w:tcMar>
              <w:top w:w="105" w:type="dxa"/>
              <w:start w:w="120" w:type="dxa"/>
              <w:bottom w:w="105" w:type="dxa"/>
              <w:end w:w="120" w:type="dxa"/>
            </w:tcMar>
            <w:vAlign w:val="center"/>
          </w:tcPr>
          <w:p>
            <w:r>
              <w:rPr>
                <w:b/>
                <w:color w:val="FFFFFF"/>
                <w:sz w:val="17"/>
              </w:rPr>
              <w:t>Bemerkung</w:t>
            </w:r>
          </w:p>
        </w:tc>
      </w:tr>
      <w:tr>
        <w:trPr>
          <w:cantSplit/>
        </w:trPr>
        <w:tc>
          <w:tcPr>
            <w:tcW w:type="dxa" w:w="2600"/>
            <w:tcMar>
              <w:top w:w="105" w:type="dxa"/>
              <w:start w:w="120" w:type="dxa"/>
              <w:bottom w:w="105" w:type="dxa"/>
              <w:end w:w="120" w:type="dxa"/>
            </w:tcMar>
            <w:vAlign w:val="center"/>
          </w:tcPr>
          <w:p>
            <w:r/>
            <w:r>
              <w:t>Haus- / Haupteingang</w:t>
            </w:r>
          </w:p>
        </w:tc>
        <w:tc>
          <w:tcPr>
            <w:tcW w:type="dxa" w:w="11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14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25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24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2600"/>
            <w:tcMar>
              <w:top w:w="105" w:type="dxa"/>
              <w:start w:w="120" w:type="dxa"/>
              <w:bottom w:w="105" w:type="dxa"/>
              <w:end w:w="120" w:type="dxa"/>
            </w:tcMar>
            <w:vAlign w:val="center"/>
          </w:tcPr>
          <w:p>
            <w:r/>
            <w:r>
              <w:t>Wohnung / Objekt</w:t>
            </w:r>
          </w:p>
        </w:tc>
        <w:tc>
          <w:tcPr>
            <w:tcW w:type="dxa" w:w="11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14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25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24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2600"/>
            <w:tcMar>
              <w:top w:w="105" w:type="dxa"/>
              <w:start w:w="120" w:type="dxa"/>
              <w:bottom w:w="105" w:type="dxa"/>
              <w:end w:w="120" w:type="dxa"/>
            </w:tcMar>
            <w:vAlign w:val="center"/>
          </w:tcPr>
          <w:p>
            <w:r/>
            <w:r>
              <w:t>Briefkasten</w:t>
            </w:r>
          </w:p>
        </w:tc>
        <w:tc>
          <w:tcPr>
            <w:tcW w:type="dxa" w:w="11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14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25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24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2600"/>
            <w:tcMar>
              <w:top w:w="105" w:type="dxa"/>
              <w:start w:w="120" w:type="dxa"/>
              <w:bottom w:w="105" w:type="dxa"/>
              <w:end w:w="120" w:type="dxa"/>
            </w:tcMar>
            <w:vAlign w:val="center"/>
          </w:tcPr>
          <w:p>
            <w:r/>
            <w:r>
              <w:t>Keller / Estrich</w:t>
            </w:r>
          </w:p>
        </w:tc>
        <w:tc>
          <w:tcPr>
            <w:tcW w:type="dxa" w:w="11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14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25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24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2600"/>
            <w:tcMar>
              <w:top w:w="105" w:type="dxa"/>
              <w:start w:w="120" w:type="dxa"/>
              <w:bottom w:w="105" w:type="dxa"/>
              <w:end w:w="120" w:type="dxa"/>
            </w:tcMar>
            <w:vAlign w:val="center"/>
          </w:tcPr>
          <w:p>
            <w:r/>
            <w:r>
              <w:t>Garage / Einstellhalle / Parkplatz</w:t>
            </w:r>
          </w:p>
        </w:tc>
        <w:tc>
          <w:tcPr>
            <w:tcW w:type="dxa" w:w="11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14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25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24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2600"/>
            <w:tcMar>
              <w:top w:w="105" w:type="dxa"/>
              <w:start w:w="120" w:type="dxa"/>
              <w:bottom w:w="105" w:type="dxa"/>
              <w:end w:w="120" w:type="dxa"/>
            </w:tcMar>
            <w:vAlign w:val="center"/>
          </w:tcPr>
          <w:p>
            <w:r/>
            <w:r>
              <w:t>Waschküche / Veloraum / Nebenraum</w:t>
            </w:r>
          </w:p>
        </w:tc>
        <w:tc>
          <w:tcPr>
            <w:tcW w:type="dxa" w:w="11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14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25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24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2600"/>
            <w:tcMar>
              <w:top w:w="105" w:type="dxa"/>
              <w:start w:w="120" w:type="dxa"/>
              <w:bottom w:w="105" w:type="dxa"/>
              <w:end w:w="120" w:type="dxa"/>
            </w:tcMar>
            <w:vAlign w:val="center"/>
          </w:tcPr>
          <w:p>
            <w:r/>
            <w:r>
              <w:t>Badge / Chip / Handsender</w:t>
            </w:r>
          </w:p>
        </w:tc>
        <w:tc>
          <w:tcPr>
            <w:tcW w:type="dxa" w:w="11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14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25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24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2600"/>
            <w:tcMar>
              <w:top w:w="105" w:type="dxa"/>
              <w:start w:w="120" w:type="dxa"/>
              <w:bottom w:w="105" w:type="dxa"/>
              <w:end w:w="120" w:type="dxa"/>
            </w:tcMar>
            <w:vAlign w:val="center"/>
          </w:tcPr>
          <w:p>
            <w:r/>
            <w:r>
              <w:t>Weitere Schlüssel oder Zugangsmittel</w:t>
            </w:r>
          </w:p>
        </w:tc>
        <w:tc>
          <w:tcPr>
            <w:tcW w:type="dxa" w:w="11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14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25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24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bl>
    <w:p>
      <w:pPr>
        <w:spacing w:after="0"/>
      </w:pPr>
    </w:p>
    <w:p>
      <w:pPr>
        <w:pStyle w:val="Heading1"/>
      </w:pPr>
      <w:r>
        <w:t>4. Zustand der Räume und Einrichtungen</w:t>
      </w:r>
    </w:p>
    <w:tbl>
      <w:tblPr>
        <w:tblW w:type="dxa" w:w="10035"/>
        <w:jc w:val="left"/>
        <w:tblLayout w:type="fixed"/>
        <w:tblLook w:firstColumn="1" w:firstRow="1" w:lastColumn="0" w:lastRow="0" w:noHBand="0" w:noVBand="1" w:val="04A0"/>
        <w:tblInd w:w="120" w:type="dxa"/>
      </w:tblPr>
      <w:tblGrid>
        <w:gridCol w:w="10035"/>
      </w:tblGrid>
      <w:tr>
        <w:trPr>
          <w:cantSplit/>
        </w:trPr>
        <w:tc>
          <w:tcPr>
            <w:tcW w:type="dxa" w:w="10035"/>
            <w:tcMar>
              <w:top w:w="105" w:type="dxa"/>
              <w:start w:w="120" w:type="dxa"/>
              <w:bottom w:w="105" w:type="dxa"/>
              <w:end w:w="120" w:type="dxa"/>
            </w:tcMar>
            <w:vAlign w:val="center"/>
            <w:shd w:fill="EAF1EC"/>
          </w:tcPr>
          <w:p>
            <w:pPr>
              <w:spacing w:after="40"/>
            </w:pPr>
            <w:r>
              <w:rPr>
                <w:b/>
                <w:color w:val="173D32"/>
              </w:rPr>
              <w:t>Zustandscodes</w:t>
            </w:r>
          </w:p>
          <w:p>
            <w:pPr>
              <w:spacing w:after="0"/>
            </w:pPr>
            <w:r>
              <w:t>In jeder Zeile ankreuzen: A = in Ordnung, B = normale Abnutzung, C = Mangel / Schaden, D = nicht vorhanden oder nicht geprüft. Bei C die genaue Lage, Grösse, Art, Foto-Nummer und eine allfällige Massnahme eintragen.</w:t>
            </w:r>
          </w:p>
        </w:tc>
      </w:tr>
    </w:tbl>
    <w:p>
      <w:pPr>
        <w:spacing w:after="0" w:line="96" w:lineRule="auto"/>
      </w:pPr>
    </w:p>
    <w:p>
      <w:pPr>
        <w:pStyle w:val="Heading2"/>
      </w:pPr>
      <w:r>
        <w:t>4.1 Eingang und Korridor</w:t>
      </w:r>
    </w:p>
    <w:tbl>
      <w:tblPr>
        <w:tblStyle w:val="TableGrid"/>
        <w:tblW w:type="dxa" w:w="10035"/>
        <w:jc w:val="left"/>
        <w:tblLayout w:type="fixed"/>
        <w:tblLook w:firstColumn="1" w:firstRow="1" w:lastColumn="0" w:lastRow="0" w:noHBand="0" w:noVBand="1" w:val="04A0"/>
        <w:tblInd w:w="120" w:type="dxa"/>
      </w:tblPr>
      <w:tblGrid>
        <w:gridCol w:w="750"/>
        <w:gridCol w:w="1900"/>
        <w:gridCol w:w="2250"/>
        <w:gridCol w:w="4235"/>
        <w:gridCol w:w="900"/>
      </w:tblGrid>
      <w:tr>
        <w:trPr>
          <w:cantSplit/>
          <w:tblHeader w:val="true"/>
        </w:trPr>
        <w:tc>
          <w:tcPr>
            <w:tcW w:type="dxa" w:w="750"/>
            <w:shd w:fill="173D32"/>
            <w:tcMar>
              <w:top w:w="105" w:type="dxa"/>
              <w:start w:w="120" w:type="dxa"/>
              <w:bottom w:w="105" w:type="dxa"/>
              <w:end w:w="120" w:type="dxa"/>
            </w:tcMar>
            <w:vAlign w:val="center"/>
          </w:tcPr>
          <w:p>
            <w:r>
              <w:rPr>
                <w:b/>
                <w:color w:val="FFFFFF"/>
                <w:sz w:val="17"/>
              </w:rPr>
              <w:t>Pos.</w:t>
            </w:r>
          </w:p>
        </w:tc>
        <w:tc>
          <w:tcPr>
            <w:tcW w:type="dxa" w:w="1900"/>
            <w:shd w:fill="173D32"/>
            <w:tcMar>
              <w:top w:w="105" w:type="dxa"/>
              <w:start w:w="120" w:type="dxa"/>
              <w:bottom w:w="105" w:type="dxa"/>
              <w:end w:w="120" w:type="dxa"/>
            </w:tcMar>
            <w:vAlign w:val="center"/>
          </w:tcPr>
          <w:p>
            <w:r>
              <w:rPr>
                <w:b/>
                <w:color w:val="FFFFFF"/>
                <w:sz w:val="17"/>
              </w:rPr>
              <w:t>Bauteil / Einrichtung</w:t>
            </w:r>
          </w:p>
        </w:tc>
        <w:tc>
          <w:tcPr>
            <w:tcW w:type="dxa" w:w="2250"/>
            <w:shd w:fill="173D32"/>
            <w:tcMar>
              <w:top w:w="105" w:type="dxa"/>
              <w:start w:w="120" w:type="dxa"/>
              <w:bottom w:w="105" w:type="dxa"/>
              <w:end w:w="120" w:type="dxa"/>
            </w:tcMar>
            <w:vAlign w:val="center"/>
          </w:tcPr>
          <w:p>
            <w:r>
              <w:rPr>
                <w:b/>
                <w:color w:val="FFFFFF"/>
                <w:sz w:val="17"/>
              </w:rPr>
              <w:t>Zustand</w:t>
            </w:r>
          </w:p>
        </w:tc>
        <w:tc>
          <w:tcPr>
            <w:tcW w:type="dxa" w:w="4235"/>
            <w:shd w:fill="173D32"/>
            <w:tcMar>
              <w:top w:w="105" w:type="dxa"/>
              <w:start w:w="120" w:type="dxa"/>
              <w:bottom w:w="105" w:type="dxa"/>
              <w:end w:w="120" w:type="dxa"/>
            </w:tcMar>
            <w:vAlign w:val="center"/>
          </w:tcPr>
          <w:p>
            <w:r>
              <w:rPr>
                <w:b/>
                <w:color w:val="FFFFFF"/>
                <w:sz w:val="17"/>
              </w:rPr>
              <w:t>Feststellung, Lage und Massnahme</w:t>
            </w:r>
          </w:p>
        </w:tc>
        <w:tc>
          <w:tcPr>
            <w:tcW w:type="dxa" w:w="900"/>
            <w:shd w:fill="173D32"/>
            <w:tcMar>
              <w:top w:w="105" w:type="dxa"/>
              <w:start w:w="120" w:type="dxa"/>
              <w:bottom w:w="105" w:type="dxa"/>
              <w:end w:w="120" w:type="dxa"/>
            </w:tcMar>
            <w:vAlign w:val="center"/>
          </w:tcPr>
          <w:p>
            <w:r>
              <w:rPr>
                <w:b/>
                <w:color w:val="FFFFFF"/>
                <w:sz w:val="17"/>
              </w:rPr>
              <w:t>Foto</w:t>
            </w:r>
          </w:p>
        </w:tc>
      </w:tr>
      <w:tr>
        <w:trPr>
          <w:cantSplit/>
        </w:trPr>
        <w:tc>
          <w:tcPr>
            <w:tcW w:type="dxa" w:w="750"/>
            <w:tcMar>
              <w:top w:w="105" w:type="dxa"/>
              <w:start w:w="120" w:type="dxa"/>
              <w:bottom w:w="105" w:type="dxa"/>
              <w:end w:w="120" w:type="dxa"/>
            </w:tcMar>
            <w:vAlign w:val="center"/>
          </w:tcPr>
          <w:p>
            <w:r/>
            <w:r>
              <w:t>EK1</w:t>
            </w:r>
          </w:p>
        </w:tc>
        <w:tc>
          <w:tcPr>
            <w:tcW w:type="dxa" w:w="1900"/>
            <w:tcMar>
              <w:top w:w="105" w:type="dxa"/>
              <w:start w:w="120" w:type="dxa"/>
              <w:bottom w:w="105" w:type="dxa"/>
              <w:end w:w="120" w:type="dxa"/>
            </w:tcMar>
            <w:vAlign w:val="center"/>
          </w:tcPr>
          <w:p>
            <w:r/>
            <w:r>
              <w:t>Bodenbelag / Sockel</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EK2</w:t>
            </w:r>
          </w:p>
        </w:tc>
        <w:tc>
          <w:tcPr>
            <w:tcW w:type="dxa" w:w="1900"/>
            <w:tcMar>
              <w:top w:w="105" w:type="dxa"/>
              <w:start w:w="120" w:type="dxa"/>
              <w:bottom w:w="105" w:type="dxa"/>
              <w:end w:w="120" w:type="dxa"/>
            </w:tcMar>
            <w:vAlign w:val="center"/>
          </w:tcPr>
          <w:p>
            <w:r/>
            <w:r>
              <w:t>Wände / Decke</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EK3</w:t>
            </w:r>
          </w:p>
        </w:tc>
        <w:tc>
          <w:tcPr>
            <w:tcW w:type="dxa" w:w="1900"/>
            <w:tcMar>
              <w:top w:w="105" w:type="dxa"/>
              <w:start w:w="120" w:type="dxa"/>
              <w:bottom w:w="105" w:type="dxa"/>
              <w:end w:w="120" w:type="dxa"/>
            </w:tcMar>
            <w:vAlign w:val="center"/>
          </w:tcPr>
          <w:p>
            <w:r/>
            <w:r>
              <w:t>Eingangstüre / Schloss / Türspion</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EK4</w:t>
            </w:r>
          </w:p>
        </w:tc>
        <w:tc>
          <w:tcPr>
            <w:tcW w:type="dxa" w:w="1900"/>
            <w:tcMar>
              <w:top w:w="105" w:type="dxa"/>
              <w:start w:w="120" w:type="dxa"/>
              <w:bottom w:w="105" w:type="dxa"/>
              <w:end w:w="120" w:type="dxa"/>
            </w:tcMar>
            <w:vAlign w:val="center"/>
          </w:tcPr>
          <w:p>
            <w:r/>
            <w:r>
              <w:t>Innentüren / Zargen</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EK5</w:t>
            </w:r>
          </w:p>
        </w:tc>
        <w:tc>
          <w:tcPr>
            <w:tcW w:type="dxa" w:w="1900"/>
            <w:tcMar>
              <w:top w:w="105" w:type="dxa"/>
              <w:start w:w="120" w:type="dxa"/>
              <w:bottom w:w="105" w:type="dxa"/>
              <w:end w:w="120" w:type="dxa"/>
            </w:tcMar>
            <w:vAlign w:val="center"/>
          </w:tcPr>
          <w:p>
            <w:r/>
            <w:r>
              <w:t>Einbauschränke / Garderobe</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EK6</w:t>
            </w:r>
          </w:p>
        </w:tc>
        <w:tc>
          <w:tcPr>
            <w:tcW w:type="dxa" w:w="1900"/>
            <w:tcMar>
              <w:top w:w="105" w:type="dxa"/>
              <w:start w:w="120" w:type="dxa"/>
              <w:bottom w:w="105" w:type="dxa"/>
              <w:end w:w="120" w:type="dxa"/>
            </w:tcMar>
            <w:vAlign w:val="center"/>
          </w:tcPr>
          <w:p>
            <w:r/>
            <w:r>
              <w:t>Beleuchtung / Schalter / Steckdosen</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EK7</w:t>
            </w:r>
          </w:p>
        </w:tc>
        <w:tc>
          <w:tcPr>
            <w:tcW w:type="dxa" w:w="1900"/>
            <w:tcMar>
              <w:top w:w="105" w:type="dxa"/>
              <w:start w:w="120" w:type="dxa"/>
              <w:bottom w:w="105" w:type="dxa"/>
              <w:end w:w="120" w:type="dxa"/>
            </w:tcMar>
            <w:vAlign w:val="center"/>
          </w:tcPr>
          <w:p>
            <w:r/>
            <w:r>
              <w:t>Gegensprechanlage / Sonnerie</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bl>
    <w:p>
      <w:pPr>
        <w:spacing w:after="0"/>
      </w:pPr>
    </w:p>
    <w:p>
      <w:pPr>
        <w:pStyle w:val="Heading2"/>
      </w:pPr>
      <w:r>
        <w:t>4.2 Küche</w:t>
      </w:r>
    </w:p>
    <w:tbl>
      <w:tblPr>
        <w:tblStyle w:val="TableGrid"/>
        <w:tblW w:type="dxa" w:w="10035"/>
        <w:jc w:val="left"/>
        <w:tblLayout w:type="fixed"/>
        <w:tblLook w:firstColumn="1" w:firstRow="1" w:lastColumn="0" w:lastRow="0" w:noHBand="0" w:noVBand="1" w:val="04A0"/>
        <w:tblInd w:w="120" w:type="dxa"/>
      </w:tblPr>
      <w:tblGrid>
        <w:gridCol w:w="750"/>
        <w:gridCol w:w="1900"/>
        <w:gridCol w:w="2250"/>
        <w:gridCol w:w="4235"/>
        <w:gridCol w:w="900"/>
      </w:tblGrid>
      <w:tr>
        <w:trPr>
          <w:cantSplit/>
          <w:tblHeader w:val="true"/>
        </w:trPr>
        <w:tc>
          <w:tcPr>
            <w:tcW w:type="dxa" w:w="750"/>
            <w:shd w:fill="173D32"/>
            <w:tcMar>
              <w:top w:w="105" w:type="dxa"/>
              <w:start w:w="120" w:type="dxa"/>
              <w:bottom w:w="105" w:type="dxa"/>
              <w:end w:w="120" w:type="dxa"/>
            </w:tcMar>
            <w:vAlign w:val="center"/>
          </w:tcPr>
          <w:p>
            <w:r>
              <w:rPr>
                <w:b/>
                <w:color w:val="FFFFFF"/>
                <w:sz w:val="17"/>
              </w:rPr>
              <w:t>Pos.</w:t>
            </w:r>
          </w:p>
        </w:tc>
        <w:tc>
          <w:tcPr>
            <w:tcW w:type="dxa" w:w="1900"/>
            <w:shd w:fill="173D32"/>
            <w:tcMar>
              <w:top w:w="105" w:type="dxa"/>
              <w:start w:w="120" w:type="dxa"/>
              <w:bottom w:w="105" w:type="dxa"/>
              <w:end w:w="120" w:type="dxa"/>
            </w:tcMar>
            <w:vAlign w:val="center"/>
          </w:tcPr>
          <w:p>
            <w:r>
              <w:rPr>
                <w:b/>
                <w:color w:val="FFFFFF"/>
                <w:sz w:val="17"/>
              </w:rPr>
              <w:t>Bauteil / Einrichtung</w:t>
            </w:r>
          </w:p>
        </w:tc>
        <w:tc>
          <w:tcPr>
            <w:tcW w:type="dxa" w:w="2250"/>
            <w:shd w:fill="173D32"/>
            <w:tcMar>
              <w:top w:w="105" w:type="dxa"/>
              <w:start w:w="120" w:type="dxa"/>
              <w:bottom w:w="105" w:type="dxa"/>
              <w:end w:w="120" w:type="dxa"/>
            </w:tcMar>
            <w:vAlign w:val="center"/>
          </w:tcPr>
          <w:p>
            <w:r>
              <w:rPr>
                <w:b/>
                <w:color w:val="FFFFFF"/>
                <w:sz w:val="17"/>
              </w:rPr>
              <w:t>Zustand</w:t>
            </w:r>
          </w:p>
        </w:tc>
        <w:tc>
          <w:tcPr>
            <w:tcW w:type="dxa" w:w="4235"/>
            <w:shd w:fill="173D32"/>
            <w:tcMar>
              <w:top w:w="105" w:type="dxa"/>
              <w:start w:w="120" w:type="dxa"/>
              <w:bottom w:w="105" w:type="dxa"/>
              <w:end w:w="120" w:type="dxa"/>
            </w:tcMar>
            <w:vAlign w:val="center"/>
          </w:tcPr>
          <w:p>
            <w:r>
              <w:rPr>
                <w:b/>
                <w:color w:val="FFFFFF"/>
                <w:sz w:val="17"/>
              </w:rPr>
              <w:t>Feststellung, Lage und Massnahme</w:t>
            </w:r>
          </w:p>
        </w:tc>
        <w:tc>
          <w:tcPr>
            <w:tcW w:type="dxa" w:w="900"/>
            <w:shd w:fill="173D32"/>
            <w:tcMar>
              <w:top w:w="105" w:type="dxa"/>
              <w:start w:w="120" w:type="dxa"/>
              <w:bottom w:w="105" w:type="dxa"/>
              <w:end w:w="120" w:type="dxa"/>
            </w:tcMar>
            <w:vAlign w:val="center"/>
          </w:tcPr>
          <w:p>
            <w:r>
              <w:rPr>
                <w:b/>
                <w:color w:val="FFFFFF"/>
                <w:sz w:val="17"/>
              </w:rPr>
              <w:t>Foto</w:t>
            </w:r>
          </w:p>
        </w:tc>
      </w:tr>
      <w:tr>
        <w:trPr>
          <w:cantSplit/>
        </w:trPr>
        <w:tc>
          <w:tcPr>
            <w:tcW w:type="dxa" w:w="750"/>
            <w:tcMar>
              <w:top w:w="105" w:type="dxa"/>
              <w:start w:w="120" w:type="dxa"/>
              <w:bottom w:w="105" w:type="dxa"/>
              <w:end w:w="120" w:type="dxa"/>
            </w:tcMar>
            <w:vAlign w:val="center"/>
          </w:tcPr>
          <w:p>
            <w:r/>
            <w:r>
              <w:t>K1</w:t>
            </w:r>
          </w:p>
        </w:tc>
        <w:tc>
          <w:tcPr>
            <w:tcW w:type="dxa" w:w="1900"/>
            <w:tcMar>
              <w:top w:w="105" w:type="dxa"/>
              <w:start w:w="120" w:type="dxa"/>
              <w:bottom w:w="105" w:type="dxa"/>
              <w:end w:w="120" w:type="dxa"/>
            </w:tcMar>
            <w:vAlign w:val="center"/>
          </w:tcPr>
          <w:p>
            <w:r/>
            <w:r>
              <w:t>Boden / Sockel</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K2</w:t>
            </w:r>
          </w:p>
        </w:tc>
        <w:tc>
          <w:tcPr>
            <w:tcW w:type="dxa" w:w="1900"/>
            <w:tcMar>
              <w:top w:w="105" w:type="dxa"/>
              <w:start w:w="120" w:type="dxa"/>
              <w:bottom w:w="105" w:type="dxa"/>
              <w:end w:w="120" w:type="dxa"/>
            </w:tcMar>
            <w:vAlign w:val="center"/>
          </w:tcPr>
          <w:p>
            <w:r/>
            <w:r>
              <w:t>Wände / Plättli / Decke</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K3</w:t>
            </w:r>
          </w:p>
        </w:tc>
        <w:tc>
          <w:tcPr>
            <w:tcW w:type="dxa" w:w="1900"/>
            <w:tcMar>
              <w:top w:w="105" w:type="dxa"/>
              <w:start w:w="120" w:type="dxa"/>
              <w:bottom w:w="105" w:type="dxa"/>
              <w:end w:w="120" w:type="dxa"/>
            </w:tcMar>
            <w:vAlign w:val="center"/>
          </w:tcPr>
          <w:p>
            <w:r/>
            <w:r>
              <w:t>Türen / Fenster / Storen</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K4</w:t>
            </w:r>
          </w:p>
        </w:tc>
        <w:tc>
          <w:tcPr>
            <w:tcW w:type="dxa" w:w="1900"/>
            <w:tcMar>
              <w:top w:w="105" w:type="dxa"/>
              <w:start w:w="120" w:type="dxa"/>
              <w:bottom w:w="105" w:type="dxa"/>
              <w:end w:w="120" w:type="dxa"/>
            </w:tcMar>
            <w:vAlign w:val="center"/>
          </w:tcPr>
          <w:p>
            <w:r/>
            <w:r>
              <w:t>Ober- und Unterschränke / Beschläge</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K5</w:t>
            </w:r>
          </w:p>
        </w:tc>
        <w:tc>
          <w:tcPr>
            <w:tcW w:type="dxa" w:w="1900"/>
            <w:tcMar>
              <w:top w:w="105" w:type="dxa"/>
              <w:start w:w="120" w:type="dxa"/>
              <w:bottom w:w="105" w:type="dxa"/>
              <w:end w:w="120" w:type="dxa"/>
            </w:tcMar>
            <w:vAlign w:val="center"/>
          </w:tcPr>
          <w:p>
            <w:r/>
            <w:r>
              <w:t>Arbeitsfläche / Rückwand</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K6</w:t>
            </w:r>
          </w:p>
        </w:tc>
        <w:tc>
          <w:tcPr>
            <w:tcW w:type="dxa" w:w="1900"/>
            <w:tcMar>
              <w:top w:w="105" w:type="dxa"/>
              <w:start w:w="120" w:type="dxa"/>
              <w:bottom w:w="105" w:type="dxa"/>
              <w:end w:w="120" w:type="dxa"/>
            </w:tcMar>
            <w:vAlign w:val="center"/>
          </w:tcPr>
          <w:p>
            <w:r/>
            <w:r>
              <w:t>Spülbecken / Armatur / Ablauf</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K7</w:t>
            </w:r>
          </w:p>
        </w:tc>
        <w:tc>
          <w:tcPr>
            <w:tcW w:type="dxa" w:w="1900"/>
            <w:tcMar>
              <w:top w:w="105" w:type="dxa"/>
              <w:start w:w="120" w:type="dxa"/>
              <w:bottom w:w="105" w:type="dxa"/>
              <w:end w:w="120" w:type="dxa"/>
            </w:tcMar>
            <w:vAlign w:val="center"/>
          </w:tcPr>
          <w:p>
            <w:r/>
            <w:r>
              <w:t>Kochfeld / Herd</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K8</w:t>
            </w:r>
          </w:p>
        </w:tc>
        <w:tc>
          <w:tcPr>
            <w:tcW w:type="dxa" w:w="1900"/>
            <w:tcMar>
              <w:top w:w="105" w:type="dxa"/>
              <w:start w:w="120" w:type="dxa"/>
              <w:bottom w:w="105" w:type="dxa"/>
              <w:end w:w="120" w:type="dxa"/>
            </w:tcMar>
            <w:vAlign w:val="center"/>
          </w:tcPr>
          <w:p>
            <w:r/>
            <w:r>
              <w:t>Backofen / Zubehör</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K9</w:t>
            </w:r>
          </w:p>
        </w:tc>
        <w:tc>
          <w:tcPr>
            <w:tcW w:type="dxa" w:w="1900"/>
            <w:tcMar>
              <w:top w:w="105" w:type="dxa"/>
              <w:start w:w="120" w:type="dxa"/>
              <w:bottom w:w="105" w:type="dxa"/>
              <w:end w:w="120" w:type="dxa"/>
            </w:tcMar>
            <w:vAlign w:val="center"/>
          </w:tcPr>
          <w:p>
            <w:r/>
            <w:r>
              <w:t>Dunstabzug / Filter</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K10</w:t>
            </w:r>
          </w:p>
        </w:tc>
        <w:tc>
          <w:tcPr>
            <w:tcW w:type="dxa" w:w="1900"/>
            <w:tcMar>
              <w:top w:w="105" w:type="dxa"/>
              <w:start w:w="120" w:type="dxa"/>
              <w:bottom w:w="105" w:type="dxa"/>
              <w:end w:w="120" w:type="dxa"/>
            </w:tcMar>
            <w:vAlign w:val="center"/>
          </w:tcPr>
          <w:p>
            <w:r/>
            <w:r>
              <w:t>Kühlschrank / Tiefkühler</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K11</w:t>
            </w:r>
          </w:p>
        </w:tc>
        <w:tc>
          <w:tcPr>
            <w:tcW w:type="dxa" w:w="1900"/>
            <w:tcMar>
              <w:top w:w="105" w:type="dxa"/>
              <w:start w:w="120" w:type="dxa"/>
              <w:bottom w:w="105" w:type="dxa"/>
              <w:end w:w="120" w:type="dxa"/>
            </w:tcMar>
            <w:vAlign w:val="center"/>
          </w:tcPr>
          <w:p>
            <w:r/>
            <w:r>
              <w:t>Geschirrspüler</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K12</w:t>
            </w:r>
          </w:p>
        </w:tc>
        <w:tc>
          <w:tcPr>
            <w:tcW w:type="dxa" w:w="1900"/>
            <w:tcMar>
              <w:top w:w="105" w:type="dxa"/>
              <w:start w:w="120" w:type="dxa"/>
              <w:bottom w:w="105" w:type="dxa"/>
              <w:end w:w="120" w:type="dxa"/>
            </w:tcMar>
            <w:vAlign w:val="center"/>
          </w:tcPr>
          <w:p>
            <w:r/>
            <w:r>
              <w:t>Elektrik / Licht / Steckdosen</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K13</w:t>
            </w:r>
          </w:p>
        </w:tc>
        <w:tc>
          <w:tcPr>
            <w:tcW w:type="dxa" w:w="1900"/>
            <w:tcMar>
              <w:top w:w="105" w:type="dxa"/>
              <w:start w:w="120" w:type="dxa"/>
              <w:bottom w:w="105" w:type="dxa"/>
              <w:end w:w="120" w:type="dxa"/>
            </w:tcMar>
            <w:vAlign w:val="center"/>
          </w:tcPr>
          <w:p>
            <w:r/>
            <w:r>
              <w:t>Weitere Geräte / Inventar</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bl>
    <w:p>
      <w:pPr>
        <w:spacing w:after="0"/>
      </w:pPr>
    </w:p>
    <w:p>
      <w:pPr>
        <w:pStyle w:val="Heading2"/>
      </w:pPr>
      <w:r>
        <w:t>4.3 Bad / Dusche / WC</w:t>
      </w:r>
    </w:p>
    <w:tbl>
      <w:tblPr>
        <w:tblStyle w:val="TableGrid"/>
        <w:tblW w:type="dxa" w:w="10035"/>
        <w:jc w:val="left"/>
        <w:tblLayout w:type="fixed"/>
        <w:tblLook w:firstColumn="1" w:firstRow="1" w:lastColumn="0" w:lastRow="0" w:noHBand="0" w:noVBand="1" w:val="04A0"/>
        <w:tblInd w:w="120" w:type="dxa"/>
      </w:tblPr>
      <w:tblGrid>
        <w:gridCol w:w="750"/>
        <w:gridCol w:w="1900"/>
        <w:gridCol w:w="2250"/>
        <w:gridCol w:w="4235"/>
        <w:gridCol w:w="900"/>
      </w:tblGrid>
      <w:tr>
        <w:trPr>
          <w:cantSplit/>
          <w:tblHeader w:val="true"/>
        </w:trPr>
        <w:tc>
          <w:tcPr>
            <w:tcW w:type="dxa" w:w="750"/>
            <w:shd w:fill="173D32"/>
            <w:tcMar>
              <w:top w:w="105" w:type="dxa"/>
              <w:start w:w="120" w:type="dxa"/>
              <w:bottom w:w="105" w:type="dxa"/>
              <w:end w:w="120" w:type="dxa"/>
            </w:tcMar>
            <w:vAlign w:val="center"/>
          </w:tcPr>
          <w:p>
            <w:r>
              <w:rPr>
                <w:b/>
                <w:color w:val="FFFFFF"/>
                <w:sz w:val="17"/>
              </w:rPr>
              <w:t>Pos.</w:t>
            </w:r>
          </w:p>
        </w:tc>
        <w:tc>
          <w:tcPr>
            <w:tcW w:type="dxa" w:w="1900"/>
            <w:shd w:fill="173D32"/>
            <w:tcMar>
              <w:top w:w="105" w:type="dxa"/>
              <w:start w:w="120" w:type="dxa"/>
              <w:bottom w:w="105" w:type="dxa"/>
              <w:end w:w="120" w:type="dxa"/>
            </w:tcMar>
            <w:vAlign w:val="center"/>
          </w:tcPr>
          <w:p>
            <w:r>
              <w:rPr>
                <w:b/>
                <w:color w:val="FFFFFF"/>
                <w:sz w:val="17"/>
              </w:rPr>
              <w:t>Bauteil / Einrichtung</w:t>
            </w:r>
          </w:p>
        </w:tc>
        <w:tc>
          <w:tcPr>
            <w:tcW w:type="dxa" w:w="2250"/>
            <w:shd w:fill="173D32"/>
            <w:tcMar>
              <w:top w:w="105" w:type="dxa"/>
              <w:start w:w="120" w:type="dxa"/>
              <w:bottom w:w="105" w:type="dxa"/>
              <w:end w:w="120" w:type="dxa"/>
            </w:tcMar>
            <w:vAlign w:val="center"/>
          </w:tcPr>
          <w:p>
            <w:r>
              <w:rPr>
                <w:b/>
                <w:color w:val="FFFFFF"/>
                <w:sz w:val="17"/>
              </w:rPr>
              <w:t>Zustand</w:t>
            </w:r>
          </w:p>
        </w:tc>
        <w:tc>
          <w:tcPr>
            <w:tcW w:type="dxa" w:w="4235"/>
            <w:shd w:fill="173D32"/>
            <w:tcMar>
              <w:top w:w="105" w:type="dxa"/>
              <w:start w:w="120" w:type="dxa"/>
              <w:bottom w:w="105" w:type="dxa"/>
              <w:end w:w="120" w:type="dxa"/>
            </w:tcMar>
            <w:vAlign w:val="center"/>
          </w:tcPr>
          <w:p>
            <w:r>
              <w:rPr>
                <w:b/>
                <w:color w:val="FFFFFF"/>
                <w:sz w:val="17"/>
              </w:rPr>
              <w:t>Feststellung, Lage und Massnahme</w:t>
            </w:r>
          </w:p>
        </w:tc>
        <w:tc>
          <w:tcPr>
            <w:tcW w:type="dxa" w:w="900"/>
            <w:shd w:fill="173D32"/>
            <w:tcMar>
              <w:top w:w="105" w:type="dxa"/>
              <w:start w:w="120" w:type="dxa"/>
              <w:bottom w:w="105" w:type="dxa"/>
              <w:end w:w="120" w:type="dxa"/>
            </w:tcMar>
            <w:vAlign w:val="center"/>
          </w:tcPr>
          <w:p>
            <w:r>
              <w:rPr>
                <w:b/>
                <w:color w:val="FFFFFF"/>
                <w:sz w:val="17"/>
              </w:rPr>
              <w:t>Foto</w:t>
            </w:r>
          </w:p>
        </w:tc>
      </w:tr>
      <w:tr>
        <w:trPr>
          <w:cantSplit/>
        </w:trPr>
        <w:tc>
          <w:tcPr>
            <w:tcW w:type="dxa" w:w="750"/>
            <w:tcMar>
              <w:top w:w="105" w:type="dxa"/>
              <w:start w:w="120" w:type="dxa"/>
              <w:bottom w:w="105" w:type="dxa"/>
              <w:end w:w="120" w:type="dxa"/>
            </w:tcMar>
            <w:vAlign w:val="center"/>
          </w:tcPr>
          <w:p>
            <w:r/>
            <w:r>
              <w:t>B1</w:t>
            </w:r>
          </w:p>
        </w:tc>
        <w:tc>
          <w:tcPr>
            <w:tcW w:type="dxa" w:w="1900"/>
            <w:tcMar>
              <w:top w:w="105" w:type="dxa"/>
              <w:start w:w="120" w:type="dxa"/>
              <w:bottom w:w="105" w:type="dxa"/>
              <w:end w:w="120" w:type="dxa"/>
            </w:tcMar>
            <w:vAlign w:val="center"/>
          </w:tcPr>
          <w:p>
            <w:r/>
            <w:r>
              <w:t>Boden / Plättli</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B2</w:t>
            </w:r>
          </w:p>
        </w:tc>
        <w:tc>
          <w:tcPr>
            <w:tcW w:type="dxa" w:w="1900"/>
            <w:tcMar>
              <w:top w:w="105" w:type="dxa"/>
              <w:start w:w="120" w:type="dxa"/>
              <w:bottom w:w="105" w:type="dxa"/>
              <w:end w:w="120" w:type="dxa"/>
            </w:tcMar>
            <w:vAlign w:val="center"/>
          </w:tcPr>
          <w:p>
            <w:r/>
            <w:r>
              <w:t>Wände / Decke / Fugen</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B3</w:t>
            </w:r>
          </w:p>
        </w:tc>
        <w:tc>
          <w:tcPr>
            <w:tcW w:type="dxa" w:w="1900"/>
            <w:tcMar>
              <w:top w:w="105" w:type="dxa"/>
              <w:start w:w="120" w:type="dxa"/>
              <w:bottom w:w="105" w:type="dxa"/>
              <w:end w:w="120" w:type="dxa"/>
            </w:tcMar>
            <w:vAlign w:val="center"/>
          </w:tcPr>
          <w:p>
            <w:r/>
            <w:r>
              <w:t>Türe / Fenster / Lüftung</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B4</w:t>
            </w:r>
          </w:p>
        </w:tc>
        <w:tc>
          <w:tcPr>
            <w:tcW w:type="dxa" w:w="1900"/>
            <w:tcMar>
              <w:top w:w="105" w:type="dxa"/>
              <w:start w:w="120" w:type="dxa"/>
              <w:bottom w:w="105" w:type="dxa"/>
              <w:end w:w="120" w:type="dxa"/>
            </w:tcMar>
            <w:vAlign w:val="center"/>
          </w:tcPr>
          <w:p>
            <w:r/>
            <w:r>
              <w:t>Badewanne / Dusche / Duschtrennwand</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B5</w:t>
            </w:r>
          </w:p>
        </w:tc>
        <w:tc>
          <w:tcPr>
            <w:tcW w:type="dxa" w:w="1900"/>
            <w:tcMar>
              <w:top w:w="105" w:type="dxa"/>
              <w:start w:w="120" w:type="dxa"/>
              <w:bottom w:w="105" w:type="dxa"/>
              <w:end w:w="120" w:type="dxa"/>
            </w:tcMar>
            <w:vAlign w:val="center"/>
          </w:tcPr>
          <w:p>
            <w:r/>
            <w:r>
              <w:t>Lavabo / Armatur / Ablauf</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B6</w:t>
            </w:r>
          </w:p>
        </w:tc>
        <w:tc>
          <w:tcPr>
            <w:tcW w:type="dxa" w:w="1900"/>
            <w:tcMar>
              <w:top w:w="105" w:type="dxa"/>
              <w:start w:w="120" w:type="dxa"/>
              <w:bottom w:w="105" w:type="dxa"/>
              <w:end w:w="120" w:type="dxa"/>
            </w:tcMar>
            <w:vAlign w:val="center"/>
          </w:tcPr>
          <w:p>
            <w:r/>
            <w:r>
              <w:t>WC / Spülkasten / WC-Sitz</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B7</w:t>
            </w:r>
          </w:p>
        </w:tc>
        <w:tc>
          <w:tcPr>
            <w:tcW w:type="dxa" w:w="1900"/>
            <w:tcMar>
              <w:top w:w="105" w:type="dxa"/>
              <w:start w:w="120" w:type="dxa"/>
              <w:bottom w:w="105" w:type="dxa"/>
              <w:end w:w="120" w:type="dxa"/>
            </w:tcMar>
            <w:vAlign w:val="center"/>
          </w:tcPr>
          <w:p>
            <w:r/>
            <w:r>
              <w:t>Spiegel / Spiegelschrank / Tablare</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B8</w:t>
            </w:r>
          </w:p>
        </w:tc>
        <w:tc>
          <w:tcPr>
            <w:tcW w:type="dxa" w:w="1900"/>
            <w:tcMar>
              <w:top w:w="105" w:type="dxa"/>
              <w:start w:w="120" w:type="dxa"/>
              <w:bottom w:w="105" w:type="dxa"/>
              <w:end w:w="120" w:type="dxa"/>
            </w:tcMar>
            <w:vAlign w:val="center"/>
          </w:tcPr>
          <w:p>
            <w:r/>
            <w:r>
              <w:t>Heizkörper / Handtuchhalter</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B9</w:t>
            </w:r>
          </w:p>
        </w:tc>
        <w:tc>
          <w:tcPr>
            <w:tcW w:type="dxa" w:w="1900"/>
            <w:tcMar>
              <w:top w:w="105" w:type="dxa"/>
              <w:start w:w="120" w:type="dxa"/>
              <w:bottom w:w="105" w:type="dxa"/>
              <w:end w:w="120" w:type="dxa"/>
            </w:tcMar>
            <w:vAlign w:val="center"/>
          </w:tcPr>
          <w:p>
            <w:r/>
            <w:r>
              <w:t>Waschmaschine / Tumbler, falls vorhanden</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B10</w:t>
            </w:r>
          </w:p>
        </w:tc>
        <w:tc>
          <w:tcPr>
            <w:tcW w:type="dxa" w:w="1900"/>
            <w:tcMar>
              <w:top w:w="105" w:type="dxa"/>
              <w:start w:w="120" w:type="dxa"/>
              <w:bottom w:w="105" w:type="dxa"/>
              <w:end w:w="120" w:type="dxa"/>
            </w:tcMar>
            <w:vAlign w:val="center"/>
          </w:tcPr>
          <w:p>
            <w:r/>
            <w:r>
              <w:t>Weitere Ausstattung</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bl>
    <w:p>
      <w:pPr>
        <w:spacing w:after="0"/>
      </w:pPr>
    </w:p>
    <w:p>
      <w:pPr>
        <w:pStyle w:val="Heading2"/>
      </w:pPr>
      <w:r>
        <w:t>4.4 Separates WC / weiterer Nassraum</w:t>
      </w:r>
    </w:p>
    <w:tbl>
      <w:tblPr>
        <w:tblStyle w:val="TableGrid"/>
        <w:tblW w:type="dxa" w:w="10035"/>
        <w:jc w:val="left"/>
        <w:tblLayout w:type="fixed"/>
        <w:tblLook w:firstColumn="1" w:firstRow="1" w:lastColumn="0" w:lastRow="0" w:noHBand="0" w:noVBand="1" w:val="04A0"/>
        <w:tblInd w:w="120" w:type="dxa"/>
      </w:tblPr>
      <w:tblGrid>
        <w:gridCol w:w="750"/>
        <w:gridCol w:w="1900"/>
        <w:gridCol w:w="2250"/>
        <w:gridCol w:w="4235"/>
        <w:gridCol w:w="900"/>
      </w:tblGrid>
      <w:tr>
        <w:trPr>
          <w:cantSplit/>
          <w:tblHeader w:val="true"/>
        </w:trPr>
        <w:tc>
          <w:tcPr>
            <w:tcW w:type="dxa" w:w="750"/>
            <w:shd w:fill="173D32"/>
            <w:tcMar>
              <w:top w:w="105" w:type="dxa"/>
              <w:start w:w="120" w:type="dxa"/>
              <w:bottom w:w="105" w:type="dxa"/>
              <w:end w:w="120" w:type="dxa"/>
            </w:tcMar>
            <w:vAlign w:val="center"/>
          </w:tcPr>
          <w:p>
            <w:r>
              <w:rPr>
                <w:b/>
                <w:color w:val="FFFFFF"/>
                <w:sz w:val="17"/>
              </w:rPr>
              <w:t>Pos.</w:t>
            </w:r>
          </w:p>
        </w:tc>
        <w:tc>
          <w:tcPr>
            <w:tcW w:type="dxa" w:w="1900"/>
            <w:shd w:fill="173D32"/>
            <w:tcMar>
              <w:top w:w="105" w:type="dxa"/>
              <w:start w:w="120" w:type="dxa"/>
              <w:bottom w:w="105" w:type="dxa"/>
              <w:end w:w="120" w:type="dxa"/>
            </w:tcMar>
            <w:vAlign w:val="center"/>
          </w:tcPr>
          <w:p>
            <w:r>
              <w:rPr>
                <w:b/>
                <w:color w:val="FFFFFF"/>
                <w:sz w:val="17"/>
              </w:rPr>
              <w:t>Bauteil / Einrichtung</w:t>
            </w:r>
          </w:p>
        </w:tc>
        <w:tc>
          <w:tcPr>
            <w:tcW w:type="dxa" w:w="2250"/>
            <w:shd w:fill="173D32"/>
            <w:tcMar>
              <w:top w:w="105" w:type="dxa"/>
              <w:start w:w="120" w:type="dxa"/>
              <w:bottom w:w="105" w:type="dxa"/>
              <w:end w:w="120" w:type="dxa"/>
            </w:tcMar>
            <w:vAlign w:val="center"/>
          </w:tcPr>
          <w:p>
            <w:r>
              <w:rPr>
                <w:b/>
                <w:color w:val="FFFFFF"/>
                <w:sz w:val="17"/>
              </w:rPr>
              <w:t>Zustand</w:t>
            </w:r>
          </w:p>
        </w:tc>
        <w:tc>
          <w:tcPr>
            <w:tcW w:type="dxa" w:w="4235"/>
            <w:shd w:fill="173D32"/>
            <w:tcMar>
              <w:top w:w="105" w:type="dxa"/>
              <w:start w:w="120" w:type="dxa"/>
              <w:bottom w:w="105" w:type="dxa"/>
              <w:end w:w="120" w:type="dxa"/>
            </w:tcMar>
            <w:vAlign w:val="center"/>
          </w:tcPr>
          <w:p>
            <w:r>
              <w:rPr>
                <w:b/>
                <w:color w:val="FFFFFF"/>
                <w:sz w:val="17"/>
              </w:rPr>
              <w:t>Feststellung, Lage und Massnahme</w:t>
            </w:r>
          </w:p>
        </w:tc>
        <w:tc>
          <w:tcPr>
            <w:tcW w:type="dxa" w:w="900"/>
            <w:shd w:fill="173D32"/>
            <w:tcMar>
              <w:top w:w="105" w:type="dxa"/>
              <w:start w:w="120" w:type="dxa"/>
              <w:bottom w:w="105" w:type="dxa"/>
              <w:end w:w="120" w:type="dxa"/>
            </w:tcMar>
            <w:vAlign w:val="center"/>
          </w:tcPr>
          <w:p>
            <w:r>
              <w:rPr>
                <w:b/>
                <w:color w:val="FFFFFF"/>
                <w:sz w:val="17"/>
              </w:rPr>
              <w:t>Foto</w:t>
            </w:r>
          </w:p>
        </w:tc>
      </w:tr>
      <w:tr>
        <w:trPr>
          <w:cantSplit/>
        </w:trPr>
        <w:tc>
          <w:tcPr>
            <w:tcW w:type="dxa" w:w="750"/>
            <w:tcMar>
              <w:top w:w="105" w:type="dxa"/>
              <w:start w:w="120" w:type="dxa"/>
              <w:bottom w:w="105" w:type="dxa"/>
              <w:end w:w="120" w:type="dxa"/>
            </w:tcMar>
            <w:vAlign w:val="center"/>
          </w:tcPr>
          <w:p>
            <w:r/>
            <w:r>
              <w:t>NW1</w:t>
            </w:r>
          </w:p>
        </w:tc>
        <w:tc>
          <w:tcPr>
            <w:tcW w:type="dxa" w:w="1900"/>
            <w:tcMar>
              <w:top w:w="105" w:type="dxa"/>
              <w:start w:w="120" w:type="dxa"/>
              <w:bottom w:w="105" w:type="dxa"/>
              <w:end w:w="120" w:type="dxa"/>
            </w:tcMar>
            <w:vAlign w:val="center"/>
          </w:tcPr>
          <w:p>
            <w:r/>
            <w:r>
              <w:t>Boden / Wände / Decke</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NW2</w:t>
            </w:r>
          </w:p>
        </w:tc>
        <w:tc>
          <w:tcPr>
            <w:tcW w:type="dxa" w:w="1900"/>
            <w:tcMar>
              <w:top w:w="105" w:type="dxa"/>
              <w:start w:w="120" w:type="dxa"/>
              <w:bottom w:w="105" w:type="dxa"/>
              <w:end w:w="120" w:type="dxa"/>
            </w:tcMar>
            <w:vAlign w:val="center"/>
          </w:tcPr>
          <w:p>
            <w:r/>
            <w:r>
              <w:t>Türe / Fenster / Lüftung</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NW3</w:t>
            </w:r>
          </w:p>
        </w:tc>
        <w:tc>
          <w:tcPr>
            <w:tcW w:type="dxa" w:w="1900"/>
            <w:tcMar>
              <w:top w:w="105" w:type="dxa"/>
              <w:start w:w="120" w:type="dxa"/>
              <w:bottom w:w="105" w:type="dxa"/>
              <w:end w:w="120" w:type="dxa"/>
            </w:tcMar>
            <w:vAlign w:val="center"/>
          </w:tcPr>
          <w:p>
            <w:r/>
            <w:r>
              <w:t>WC / Spülkasten / WC-Sitz</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NW4</w:t>
            </w:r>
          </w:p>
        </w:tc>
        <w:tc>
          <w:tcPr>
            <w:tcW w:type="dxa" w:w="1900"/>
            <w:tcMar>
              <w:top w:w="105" w:type="dxa"/>
              <w:start w:w="120" w:type="dxa"/>
              <w:bottom w:w="105" w:type="dxa"/>
              <w:end w:w="120" w:type="dxa"/>
            </w:tcMar>
            <w:vAlign w:val="center"/>
          </w:tcPr>
          <w:p>
            <w:r/>
            <w:r>
              <w:t>Lavabo / Armatur / Ablauf</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NW5</w:t>
            </w:r>
          </w:p>
        </w:tc>
        <w:tc>
          <w:tcPr>
            <w:tcW w:type="dxa" w:w="1900"/>
            <w:tcMar>
              <w:top w:w="105" w:type="dxa"/>
              <w:start w:w="120" w:type="dxa"/>
              <w:bottom w:w="105" w:type="dxa"/>
              <w:end w:w="120" w:type="dxa"/>
            </w:tcMar>
            <w:vAlign w:val="center"/>
          </w:tcPr>
          <w:p>
            <w:r/>
            <w:r>
              <w:t>Spiegel / Schrank / Ausstattung</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bl>
    <w:p>
      <w:pPr>
        <w:spacing w:after="0"/>
      </w:pPr>
    </w:p>
    <w:p>
      <w:pPr>
        <w:pStyle w:val="Heading2"/>
      </w:pPr>
      <w:r>
        <w:t>4.5 Wohn- und Essbereich</w:t>
      </w:r>
    </w:p>
    <w:tbl>
      <w:tblPr>
        <w:tblStyle w:val="TableGrid"/>
        <w:tblW w:type="dxa" w:w="10035"/>
        <w:jc w:val="left"/>
        <w:tblLayout w:type="fixed"/>
        <w:tblLook w:firstColumn="1" w:firstRow="1" w:lastColumn="0" w:lastRow="0" w:noHBand="0" w:noVBand="1" w:val="04A0"/>
        <w:tblInd w:w="120" w:type="dxa"/>
      </w:tblPr>
      <w:tblGrid>
        <w:gridCol w:w="750"/>
        <w:gridCol w:w="1900"/>
        <w:gridCol w:w="2250"/>
        <w:gridCol w:w="4235"/>
        <w:gridCol w:w="900"/>
      </w:tblGrid>
      <w:tr>
        <w:trPr>
          <w:cantSplit/>
          <w:tblHeader w:val="true"/>
        </w:trPr>
        <w:tc>
          <w:tcPr>
            <w:tcW w:type="dxa" w:w="750"/>
            <w:shd w:fill="173D32"/>
            <w:tcMar>
              <w:top w:w="105" w:type="dxa"/>
              <w:start w:w="120" w:type="dxa"/>
              <w:bottom w:w="105" w:type="dxa"/>
              <w:end w:w="120" w:type="dxa"/>
            </w:tcMar>
            <w:vAlign w:val="center"/>
          </w:tcPr>
          <w:p>
            <w:r>
              <w:rPr>
                <w:b/>
                <w:color w:val="FFFFFF"/>
                <w:sz w:val="17"/>
              </w:rPr>
              <w:t>Pos.</w:t>
            </w:r>
          </w:p>
        </w:tc>
        <w:tc>
          <w:tcPr>
            <w:tcW w:type="dxa" w:w="1900"/>
            <w:shd w:fill="173D32"/>
            <w:tcMar>
              <w:top w:w="105" w:type="dxa"/>
              <w:start w:w="120" w:type="dxa"/>
              <w:bottom w:w="105" w:type="dxa"/>
              <w:end w:w="120" w:type="dxa"/>
            </w:tcMar>
            <w:vAlign w:val="center"/>
          </w:tcPr>
          <w:p>
            <w:r>
              <w:rPr>
                <w:b/>
                <w:color w:val="FFFFFF"/>
                <w:sz w:val="17"/>
              </w:rPr>
              <w:t>Bauteil / Einrichtung</w:t>
            </w:r>
          </w:p>
        </w:tc>
        <w:tc>
          <w:tcPr>
            <w:tcW w:type="dxa" w:w="2250"/>
            <w:shd w:fill="173D32"/>
            <w:tcMar>
              <w:top w:w="105" w:type="dxa"/>
              <w:start w:w="120" w:type="dxa"/>
              <w:bottom w:w="105" w:type="dxa"/>
              <w:end w:w="120" w:type="dxa"/>
            </w:tcMar>
            <w:vAlign w:val="center"/>
          </w:tcPr>
          <w:p>
            <w:r>
              <w:rPr>
                <w:b/>
                <w:color w:val="FFFFFF"/>
                <w:sz w:val="17"/>
              </w:rPr>
              <w:t>Zustand</w:t>
            </w:r>
          </w:p>
        </w:tc>
        <w:tc>
          <w:tcPr>
            <w:tcW w:type="dxa" w:w="4235"/>
            <w:shd w:fill="173D32"/>
            <w:tcMar>
              <w:top w:w="105" w:type="dxa"/>
              <w:start w:w="120" w:type="dxa"/>
              <w:bottom w:w="105" w:type="dxa"/>
              <w:end w:w="120" w:type="dxa"/>
            </w:tcMar>
            <w:vAlign w:val="center"/>
          </w:tcPr>
          <w:p>
            <w:r>
              <w:rPr>
                <w:b/>
                <w:color w:val="FFFFFF"/>
                <w:sz w:val="17"/>
              </w:rPr>
              <w:t>Feststellung, Lage und Massnahme</w:t>
            </w:r>
          </w:p>
        </w:tc>
        <w:tc>
          <w:tcPr>
            <w:tcW w:type="dxa" w:w="900"/>
            <w:shd w:fill="173D32"/>
            <w:tcMar>
              <w:top w:w="105" w:type="dxa"/>
              <w:start w:w="120" w:type="dxa"/>
              <w:bottom w:w="105" w:type="dxa"/>
              <w:end w:w="120" w:type="dxa"/>
            </w:tcMar>
            <w:vAlign w:val="center"/>
          </w:tcPr>
          <w:p>
            <w:r>
              <w:rPr>
                <w:b/>
                <w:color w:val="FFFFFF"/>
                <w:sz w:val="17"/>
              </w:rPr>
              <w:t>Foto</w:t>
            </w:r>
          </w:p>
        </w:tc>
      </w:tr>
      <w:tr>
        <w:trPr>
          <w:cantSplit/>
        </w:trPr>
        <w:tc>
          <w:tcPr>
            <w:tcW w:type="dxa" w:w="750"/>
            <w:tcMar>
              <w:top w:w="105" w:type="dxa"/>
              <w:start w:w="120" w:type="dxa"/>
              <w:bottom w:w="105" w:type="dxa"/>
              <w:end w:w="120" w:type="dxa"/>
            </w:tcMar>
            <w:vAlign w:val="center"/>
          </w:tcPr>
          <w:p>
            <w:r/>
            <w:r>
              <w:t>W1</w:t>
            </w:r>
          </w:p>
        </w:tc>
        <w:tc>
          <w:tcPr>
            <w:tcW w:type="dxa" w:w="1900"/>
            <w:tcMar>
              <w:top w:w="105" w:type="dxa"/>
              <w:start w:w="120" w:type="dxa"/>
              <w:bottom w:w="105" w:type="dxa"/>
              <w:end w:w="120" w:type="dxa"/>
            </w:tcMar>
            <w:vAlign w:val="center"/>
          </w:tcPr>
          <w:p>
            <w:r/>
            <w:r>
              <w:t>Bodenbelag / Sockel</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W2</w:t>
            </w:r>
          </w:p>
        </w:tc>
        <w:tc>
          <w:tcPr>
            <w:tcW w:type="dxa" w:w="1900"/>
            <w:tcMar>
              <w:top w:w="105" w:type="dxa"/>
              <w:start w:w="120" w:type="dxa"/>
              <w:bottom w:w="105" w:type="dxa"/>
              <w:end w:w="120" w:type="dxa"/>
            </w:tcMar>
            <w:vAlign w:val="center"/>
          </w:tcPr>
          <w:p>
            <w:r/>
            <w:r>
              <w:t>Wände / Decke</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W3</w:t>
            </w:r>
          </w:p>
        </w:tc>
        <w:tc>
          <w:tcPr>
            <w:tcW w:type="dxa" w:w="1900"/>
            <w:tcMar>
              <w:top w:w="105" w:type="dxa"/>
              <w:start w:w="120" w:type="dxa"/>
              <w:bottom w:w="105" w:type="dxa"/>
              <w:end w:w="120" w:type="dxa"/>
            </w:tcMar>
            <w:vAlign w:val="center"/>
          </w:tcPr>
          <w:p>
            <w:r/>
            <w:r>
              <w:t>Türen / Schloss / Zargen</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W4</w:t>
            </w:r>
          </w:p>
        </w:tc>
        <w:tc>
          <w:tcPr>
            <w:tcW w:type="dxa" w:w="1900"/>
            <w:tcMar>
              <w:top w:w="105" w:type="dxa"/>
              <w:start w:w="120" w:type="dxa"/>
              <w:bottom w:w="105" w:type="dxa"/>
              <w:end w:w="120" w:type="dxa"/>
            </w:tcMar>
            <w:vAlign w:val="center"/>
          </w:tcPr>
          <w:p>
            <w:r/>
            <w:r>
              <w:t>Fenster / Fenstertüren / Simse</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W5</w:t>
            </w:r>
          </w:p>
        </w:tc>
        <w:tc>
          <w:tcPr>
            <w:tcW w:type="dxa" w:w="1900"/>
            <w:tcMar>
              <w:top w:w="105" w:type="dxa"/>
              <w:start w:w="120" w:type="dxa"/>
              <w:bottom w:w="105" w:type="dxa"/>
              <w:end w:w="120" w:type="dxa"/>
            </w:tcMar>
            <w:vAlign w:val="center"/>
          </w:tcPr>
          <w:p>
            <w:r/>
            <w:r>
              <w:t>Storen / Rollläden / Sonnenstoren</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W6</w:t>
            </w:r>
          </w:p>
        </w:tc>
        <w:tc>
          <w:tcPr>
            <w:tcW w:type="dxa" w:w="1900"/>
            <w:tcMar>
              <w:top w:w="105" w:type="dxa"/>
              <w:start w:w="120" w:type="dxa"/>
              <w:bottom w:w="105" w:type="dxa"/>
              <w:end w:w="120" w:type="dxa"/>
            </w:tcMar>
            <w:vAlign w:val="center"/>
          </w:tcPr>
          <w:p>
            <w:r/>
            <w:r>
              <w:t>Heizung / Thermostate / Lüftung</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W7</w:t>
            </w:r>
          </w:p>
        </w:tc>
        <w:tc>
          <w:tcPr>
            <w:tcW w:type="dxa" w:w="1900"/>
            <w:tcMar>
              <w:top w:w="105" w:type="dxa"/>
              <w:start w:w="120" w:type="dxa"/>
              <w:bottom w:w="105" w:type="dxa"/>
              <w:end w:w="120" w:type="dxa"/>
            </w:tcMar>
            <w:vAlign w:val="center"/>
          </w:tcPr>
          <w:p>
            <w:r/>
            <w:r>
              <w:t>Elektrik / Licht / Multimedia-Anschlüsse</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W8</w:t>
            </w:r>
          </w:p>
        </w:tc>
        <w:tc>
          <w:tcPr>
            <w:tcW w:type="dxa" w:w="1900"/>
            <w:tcMar>
              <w:top w:w="105" w:type="dxa"/>
              <w:start w:w="120" w:type="dxa"/>
              <w:bottom w:w="105" w:type="dxa"/>
              <w:end w:w="120" w:type="dxa"/>
            </w:tcMar>
            <w:vAlign w:val="center"/>
          </w:tcPr>
          <w:p>
            <w:r/>
            <w:r>
              <w:t>Einbauschränke / Cheminée / weitere Einbauten</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bl>
    <w:p>
      <w:pPr>
        <w:spacing w:after="0"/>
      </w:pPr>
    </w:p>
    <w:p>
      <w:pPr>
        <w:pStyle w:val="Heading2"/>
      </w:pPr>
      <w:r>
        <w:t>4.6 Zimmer 1</w:t>
      </w:r>
    </w:p>
    <w:tbl>
      <w:tblPr>
        <w:tblStyle w:val="TableGrid"/>
        <w:tblW w:type="dxa" w:w="10035"/>
        <w:jc w:val="left"/>
        <w:tblLayout w:type="fixed"/>
        <w:tblLook w:firstColumn="1" w:firstRow="1" w:lastColumn="0" w:lastRow="0" w:noHBand="0" w:noVBand="1" w:val="04A0"/>
        <w:tblInd w:w="120" w:type="dxa"/>
      </w:tblPr>
      <w:tblGrid>
        <w:gridCol w:w="750"/>
        <w:gridCol w:w="1900"/>
        <w:gridCol w:w="2250"/>
        <w:gridCol w:w="4235"/>
        <w:gridCol w:w="900"/>
      </w:tblGrid>
      <w:tr>
        <w:trPr>
          <w:cantSplit/>
          <w:tblHeader w:val="true"/>
        </w:trPr>
        <w:tc>
          <w:tcPr>
            <w:tcW w:type="dxa" w:w="750"/>
            <w:shd w:fill="173D32"/>
            <w:tcMar>
              <w:top w:w="105" w:type="dxa"/>
              <w:start w:w="120" w:type="dxa"/>
              <w:bottom w:w="105" w:type="dxa"/>
              <w:end w:w="120" w:type="dxa"/>
            </w:tcMar>
            <w:vAlign w:val="center"/>
          </w:tcPr>
          <w:p>
            <w:r>
              <w:rPr>
                <w:b/>
                <w:color w:val="FFFFFF"/>
                <w:sz w:val="17"/>
              </w:rPr>
              <w:t>Pos.</w:t>
            </w:r>
          </w:p>
        </w:tc>
        <w:tc>
          <w:tcPr>
            <w:tcW w:type="dxa" w:w="1900"/>
            <w:shd w:fill="173D32"/>
            <w:tcMar>
              <w:top w:w="105" w:type="dxa"/>
              <w:start w:w="120" w:type="dxa"/>
              <w:bottom w:w="105" w:type="dxa"/>
              <w:end w:w="120" w:type="dxa"/>
            </w:tcMar>
            <w:vAlign w:val="center"/>
          </w:tcPr>
          <w:p>
            <w:r>
              <w:rPr>
                <w:b/>
                <w:color w:val="FFFFFF"/>
                <w:sz w:val="17"/>
              </w:rPr>
              <w:t>Bauteil / Einrichtung</w:t>
            </w:r>
          </w:p>
        </w:tc>
        <w:tc>
          <w:tcPr>
            <w:tcW w:type="dxa" w:w="2250"/>
            <w:shd w:fill="173D32"/>
            <w:tcMar>
              <w:top w:w="105" w:type="dxa"/>
              <w:start w:w="120" w:type="dxa"/>
              <w:bottom w:w="105" w:type="dxa"/>
              <w:end w:w="120" w:type="dxa"/>
            </w:tcMar>
            <w:vAlign w:val="center"/>
          </w:tcPr>
          <w:p>
            <w:r>
              <w:rPr>
                <w:b/>
                <w:color w:val="FFFFFF"/>
                <w:sz w:val="17"/>
              </w:rPr>
              <w:t>Zustand</w:t>
            </w:r>
          </w:p>
        </w:tc>
        <w:tc>
          <w:tcPr>
            <w:tcW w:type="dxa" w:w="4235"/>
            <w:shd w:fill="173D32"/>
            <w:tcMar>
              <w:top w:w="105" w:type="dxa"/>
              <w:start w:w="120" w:type="dxa"/>
              <w:bottom w:w="105" w:type="dxa"/>
              <w:end w:w="120" w:type="dxa"/>
            </w:tcMar>
            <w:vAlign w:val="center"/>
          </w:tcPr>
          <w:p>
            <w:r>
              <w:rPr>
                <w:b/>
                <w:color w:val="FFFFFF"/>
                <w:sz w:val="17"/>
              </w:rPr>
              <w:t>Feststellung, Lage und Massnahme</w:t>
            </w:r>
          </w:p>
        </w:tc>
        <w:tc>
          <w:tcPr>
            <w:tcW w:type="dxa" w:w="900"/>
            <w:shd w:fill="173D32"/>
            <w:tcMar>
              <w:top w:w="105" w:type="dxa"/>
              <w:start w:w="120" w:type="dxa"/>
              <w:bottom w:w="105" w:type="dxa"/>
              <w:end w:w="120" w:type="dxa"/>
            </w:tcMar>
            <w:vAlign w:val="center"/>
          </w:tcPr>
          <w:p>
            <w:r>
              <w:rPr>
                <w:b/>
                <w:color w:val="FFFFFF"/>
                <w:sz w:val="17"/>
              </w:rPr>
              <w:t>Foto</w:t>
            </w:r>
          </w:p>
        </w:tc>
      </w:tr>
      <w:tr>
        <w:trPr>
          <w:cantSplit/>
        </w:trPr>
        <w:tc>
          <w:tcPr>
            <w:tcW w:type="dxa" w:w="750"/>
            <w:tcMar>
              <w:top w:w="105" w:type="dxa"/>
              <w:start w:w="120" w:type="dxa"/>
              <w:bottom w:w="105" w:type="dxa"/>
              <w:end w:w="120" w:type="dxa"/>
            </w:tcMar>
            <w:vAlign w:val="center"/>
          </w:tcPr>
          <w:p>
            <w:r/>
            <w:r>
              <w:t>Z1.1</w:t>
            </w:r>
          </w:p>
        </w:tc>
        <w:tc>
          <w:tcPr>
            <w:tcW w:type="dxa" w:w="1900"/>
            <w:tcMar>
              <w:top w:w="105" w:type="dxa"/>
              <w:start w:w="120" w:type="dxa"/>
              <w:bottom w:w="105" w:type="dxa"/>
              <w:end w:w="120" w:type="dxa"/>
            </w:tcMar>
            <w:vAlign w:val="center"/>
          </w:tcPr>
          <w:p>
            <w:r/>
            <w:r>
              <w:t>Bezeichnung / Nutzung des Raums</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Z1.2</w:t>
            </w:r>
          </w:p>
        </w:tc>
        <w:tc>
          <w:tcPr>
            <w:tcW w:type="dxa" w:w="1900"/>
            <w:tcMar>
              <w:top w:w="105" w:type="dxa"/>
              <w:start w:w="120" w:type="dxa"/>
              <w:bottom w:w="105" w:type="dxa"/>
              <w:end w:w="120" w:type="dxa"/>
            </w:tcMar>
            <w:vAlign w:val="center"/>
          </w:tcPr>
          <w:p>
            <w:r/>
            <w:r>
              <w:t>Bodenbelag / Sockel</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Z1.3</w:t>
            </w:r>
          </w:p>
        </w:tc>
        <w:tc>
          <w:tcPr>
            <w:tcW w:type="dxa" w:w="1900"/>
            <w:tcMar>
              <w:top w:w="105" w:type="dxa"/>
              <w:start w:w="120" w:type="dxa"/>
              <w:bottom w:w="105" w:type="dxa"/>
              <w:end w:w="120" w:type="dxa"/>
            </w:tcMar>
            <w:vAlign w:val="center"/>
          </w:tcPr>
          <w:p>
            <w:r/>
            <w:r>
              <w:t>Wände / Decke</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Z1.4</w:t>
            </w:r>
          </w:p>
        </w:tc>
        <w:tc>
          <w:tcPr>
            <w:tcW w:type="dxa" w:w="1900"/>
            <w:tcMar>
              <w:top w:w="105" w:type="dxa"/>
              <w:start w:w="120" w:type="dxa"/>
              <w:bottom w:w="105" w:type="dxa"/>
              <w:end w:w="120" w:type="dxa"/>
            </w:tcMar>
            <w:vAlign w:val="center"/>
          </w:tcPr>
          <w:p>
            <w:r/>
            <w:r>
              <w:t>Türe / Schloss / Zarge</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Z1.5</w:t>
            </w:r>
          </w:p>
        </w:tc>
        <w:tc>
          <w:tcPr>
            <w:tcW w:type="dxa" w:w="1900"/>
            <w:tcMar>
              <w:top w:w="105" w:type="dxa"/>
              <w:start w:w="120" w:type="dxa"/>
              <w:bottom w:w="105" w:type="dxa"/>
              <w:end w:w="120" w:type="dxa"/>
            </w:tcMar>
            <w:vAlign w:val="center"/>
          </w:tcPr>
          <w:p>
            <w:r/>
            <w:r>
              <w:t>Fenster / Fenstertüre / Simse</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Z1.6</w:t>
            </w:r>
          </w:p>
        </w:tc>
        <w:tc>
          <w:tcPr>
            <w:tcW w:type="dxa" w:w="1900"/>
            <w:tcMar>
              <w:top w:w="105" w:type="dxa"/>
              <w:start w:w="120" w:type="dxa"/>
              <w:bottom w:w="105" w:type="dxa"/>
              <w:end w:w="120" w:type="dxa"/>
            </w:tcMar>
            <w:vAlign w:val="center"/>
          </w:tcPr>
          <w:p>
            <w:r/>
            <w:r>
              <w:t>Storen / Rollläden / Gurten</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Z1.7</w:t>
            </w:r>
          </w:p>
        </w:tc>
        <w:tc>
          <w:tcPr>
            <w:tcW w:type="dxa" w:w="1900"/>
            <w:tcMar>
              <w:top w:w="105" w:type="dxa"/>
              <w:start w:w="120" w:type="dxa"/>
              <w:bottom w:w="105" w:type="dxa"/>
              <w:end w:w="120" w:type="dxa"/>
            </w:tcMar>
            <w:vAlign w:val="center"/>
          </w:tcPr>
          <w:p>
            <w:r/>
            <w:r>
              <w:t>Heizung / Thermostat / Lüftung</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Z1.8</w:t>
            </w:r>
          </w:p>
        </w:tc>
        <w:tc>
          <w:tcPr>
            <w:tcW w:type="dxa" w:w="1900"/>
            <w:tcMar>
              <w:top w:w="105" w:type="dxa"/>
              <w:start w:w="120" w:type="dxa"/>
              <w:bottom w:w="105" w:type="dxa"/>
              <w:end w:w="120" w:type="dxa"/>
            </w:tcMar>
            <w:vAlign w:val="center"/>
          </w:tcPr>
          <w:p>
            <w:r/>
            <w:r>
              <w:t>Elektrik / Licht / Anschlüsse / Einbauten</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bl>
    <w:p>
      <w:pPr>
        <w:spacing w:after="0"/>
      </w:pPr>
    </w:p>
    <w:p>
      <w:pPr>
        <w:pStyle w:val="Heading2"/>
      </w:pPr>
      <w:r>
        <w:t>4.7 Zimmer 2</w:t>
      </w:r>
    </w:p>
    <w:tbl>
      <w:tblPr>
        <w:tblStyle w:val="TableGrid"/>
        <w:tblW w:type="dxa" w:w="10035"/>
        <w:jc w:val="left"/>
        <w:tblLayout w:type="fixed"/>
        <w:tblLook w:firstColumn="1" w:firstRow="1" w:lastColumn="0" w:lastRow="0" w:noHBand="0" w:noVBand="1" w:val="04A0"/>
        <w:tblInd w:w="120" w:type="dxa"/>
      </w:tblPr>
      <w:tblGrid>
        <w:gridCol w:w="750"/>
        <w:gridCol w:w="1900"/>
        <w:gridCol w:w="2250"/>
        <w:gridCol w:w="4235"/>
        <w:gridCol w:w="900"/>
      </w:tblGrid>
      <w:tr>
        <w:trPr>
          <w:cantSplit/>
          <w:tblHeader w:val="true"/>
        </w:trPr>
        <w:tc>
          <w:tcPr>
            <w:tcW w:type="dxa" w:w="750"/>
            <w:shd w:fill="173D32"/>
            <w:tcMar>
              <w:top w:w="105" w:type="dxa"/>
              <w:start w:w="120" w:type="dxa"/>
              <w:bottom w:w="105" w:type="dxa"/>
              <w:end w:w="120" w:type="dxa"/>
            </w:tcMar>
            <w:vAlign w:val="center"/>
          </w:tcPr>
          <w:p>
            <w:r>
              <w:rPr>
                <w:b/>
                <w:color w:val="FFFFFF"/>
                <w:sz w:val="17"/>
              </w:rPr>
              <w:t>Pos.</w:t>
            </w:r>
          </w:p>
        </w:tc>
        <w:tc>
          <w:tcPr>
            <w:tcW w:type="dxa" w:w="1900"/>
            <w:shd w:fill="173D32"/>
            <w:tcMar>
              <w:top w:w="105" w:type="dxa"/>
              <w:start w:w="120" w:type="dxa"/>
              <w:bottom w:w="105" w:type="dxa"/>
              <w:end w:w="120" w:type="dxa"/>
            </w:tcMar>
            <w:vAlign w:val="center"/>
          </w:tcPr>
          <w:p>
            <w:r>
              <w:rPr>
                <w:b/>
                <w:color w:val="FFFFFF"/>
                <w:sz w:val="17"/>
              </w:rPr>
              <w:t>Bauteil / Einrichtung</w:t>
            </w:r>
          </w:p>
        </w:tc>
        <w:tc>
          <w:tcPr>
            <w:tcW w:type="dxa" w:w="2250"/>
            <w:shd w:fill="173D32"/>
            <w:tcMar>
              <w:top w:w="105" w:type="dxa"/>
              <w:start w:w="120" w:type="dxa"/>
              <w:bottom w:w="105" w:type="dxa"/>
              <w:end w:w="120" w:type="dxa"/>
            </w:tcMar>
            <w:vAlign w:val="center"/>
          </w:tcPr>
          <w:p>
            <w:r>
              <w:rPr>
                <w:b/>
                <w:color w:val="FFFFFF"/>
                <w:sz w:val="17"/>
              </w:rPr>
              <w:t>Zustand</w:t>
            </w:r>
          </w:p>
        </w:tc>
        <w:tc>
          <w:tcPr>
            <w:tcW w:type="dxa" w:w="4235"/>
            <w:shd w:fill="173D32"/>
            <w:tcMar>
              <w:top w:w="105" w:type="dxa"/>
              <w:start w:w="120" w:type="dxa"/>
              <w:bottom w:w="105" w:type="dxa"/>
              <w:end w:w="120" w:type="dxa"/>
            </w:tcMar>
            <w:vAlign w:val="center"/>
          </w:tcPr>
          <w:p>
            <w:r>
              <w:rPr>
                <w:b/>
                <w:color w:val="FFFFFF"/>
                <w:sz w:val="17"/>
              </w:rPr>
              <w:t>Feststellung, Lage und Massnahme</w:t>
            </w:r>
          </w:p>
        </w:tc>
        <w:tc>
          <w:tcPr>
            <w:tcW w:type="dxa" w:w="900"/>
            <w:shd w:fill="173D32"/>
            <w:tcMar>
              <w:top w:w="105" w:type="dxa"/>
              <w:start w:w="120" w:type="dxa"/>
              <w:bottom w:w="105" w:type="dxa"/>
              <w:end w:w="120" w:type="dxa"/>
            </w:tcMar>
            <w:vAlign w:val="center"/>
          </w:tcPr>
          <w:p>
            <w:r>
              <w:rPr>
                <w:b/>
                <w:color w:val="FFFFFF"/>
                <w:sz w:val="17"/>
              </w:rPr>
              <w:t>Foto</w:t>
            </w:r>
          </w:p>
        </w:tc>
      </w:tr>
      <w:tr>
        <w:trPr>
          <w:cantSplit/>
        </w:trPr>
        <w:tc>
          <w:tcPr>
            <w:tcW w:type="dxa" w:w="750"/>
            <w:tcMar>
              <w:top w:w="105" w:type="dxa"/>
              <w:start w:w="120" w:type="dxa"/>
              <w:bottom w:w="105" w:type="dxa"/>
              <w:end w:w="120" w:type="dxa"/>
            </w:tcMar>
            <w:vAlign w:val="center"/>
          </w:tcPr>
          <w:p>
            <w:r/>
            <w:r>
              <w:t>Z2.1</w:t>
            </w:r>
          </w:p>
        </w:tc>
        <w:tc>
          <w:tcPr>
            <w:tcW w:type="dxa" w:w="1900"/>
            <w:tcMar>
              <w:top w:w="105" w:type="dxa"/>
              <w:start w:w="120" w:type="dxa"/>
              <w:bottom w:w="105" w:type="dxa"/>
              <w:end w:w="120" w:type="dxa"/>
            </w:tcMar>
            <w:vAlign w:val="center"/>
          </w:tcPr>
          <w:p>
            <w:r/>
            <w:r>
              <w:t>Bezeichnung / Nutzung des Raums</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Z2.2</w:t>
            </w:r>
          </w:p>
        </w:tc>
        <w:tc>
          <w:tcPr>
            <w:tcW w:type="dxa" w:w="1900"/>
            <w:tcMar>
              <w:top w:w="105" w:type="dxa"/>
              <w:start w:w="120" w:type="dxa"/>
              <w:bottom w:w="105" w:type="dxa"/>
              <w:end w:w="120" w:type="dxa"/>
            </w:tcMar>
            <w:vAlign w:val="center"/>
          </w:tcPr>
          <w:p>
            <w:r/>
            <w:r>
              <w:t>Bodenbelag / Sockel</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Z2.3</w:t>
            </w:r>
          </w:p>
        </w:tc>
        <w:tc>
          <w:tcPr>
            <w:tcW w:type="dxa" w:w="1900"/>
            <w:tcMar>
              <w:top w:w="105" w:type="dxa"/>
              <w:start w:w="120" w:type="dxa"/>
              <w:bottom w:w="105" w:type="dxa"/>
              <w:end w:w="120" w:type="dxa"/>
            </w:tcMar>
            <w:vAlign w:val="center"/>
          </w:tcPr>
          <w:p>
            <w:r/>
            <w:r>
              <w:t>Wände / Decke</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Z2.4</w:t>
            </w:r>
          </w:p>
        </w:tc>
        <w:tc>
          <w:tcPr>
            <w:tcW w:type="dxa" w:w="1900"/>
            <w:tcMar>
              <w:top w:w="105" w:type="dxa"/>
              <w:start w:w="120" w:type="dxa"/>
              <w:bottom w:w="105" w:type="dxa"/>
              <w:end w:w="120" w:type="dxa"/>
            </w:tcMar>
            <w:vAlign w:val="center"/>
          </w:tcPr>
          <w:p>
            <w:r/>
            <w:r>
              <w:t>Türe / Schloss / Zarge</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Z2.5</w:t>
            </w:r>
          </w:p>
        </w:tc>
        <w:tc>
          <w:tcPr>
            <w:tcW w:type="dxa" w:w="1900"/>
            <w:tcMar>
              <w:top w:w="105" w:type="dxa"/>
              <w:start w:w="120" w:type="dxa"/>
              <w:bottom w:w="105" w:type="dxa"/>
              <w:end w:w="120" w:type="dxa"/>
            </w:tcMar>
            <w:vAlign w:val="center"/>
          </w:tcPr>
          <w:p>
            <w:r/>
            <w:r>
              <w:t>Fenster / Fenstertüre / Simse</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Z2.6</w:t>
            </w:r>
          </w:p>
        </w:tc>
        <w:tc>
          <w:tcPr>
            <w:tcW w:type="dxa" w:w="1900"/>
            <w:tcMar>
              <w:top w:w="105" w:type="dxa"/>
              <w:start w:w="120" w:type="dxa"/>
              <w:bottom w:w="105" w:type="dxa"/>
              <w:end w:w="120" w:type="dxa"/>
            </w:tcMar>
            <w:vAlign w:val="center"/>
          </w:tcPr>
          <w:p>
            <w:r/>
            <w:r>
              <w:t>Storen / Rollläden / Gurten</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Z2.7</w:t>
            </w:r>
          </w:p>
        </w:tc>
        <w:tc>
          <w:tcPr>
            <w:tcW w:type="dxa" w:w="1900"/>
            <w:tcMar>
              <w:top w:w="105" w:type="dxa"/>
              <w:start w:w="120" w:type="dxa"/>
              <w:bottom w:w="105" w:type="dxa"/>
              <w:end w:w="120" w:type="dxa"/>
            </w:tcMar>
            <w:vAlign w:val="center"/>
          </w:tcPr>
          <w:p>
            <w:r/>
            <w:r>
              <w:t>Heizung / Thermostat / Lüftung</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Z2.8</w:t>
            </w:r>
          </w:p>
        </w:tc>
        <w:tc>
          <w:tcPr>
            <w:tcW w:type="dxa" w:w="1900"/>
            <w:tcMar>
              <w:top w:w="105" w:type="dxa"/>
              <w:start w:w="120" w:type="dxa"/>
              <w:bottom w:w="105" w:type="dxa"/>
              <w:end w:w="120" w:type="dxa"/>
            </w:tcMar>
            <w:vAlign w:val="center"/>
          </w:tcPr>
          <w:p>
            <w:r/>
            <w:r>
              <w:t>Elektrik / Licht / Anschlüsse / Einbauten</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bl>
    <w:p>
      <w:pPr>
        <w:spacing w:after="0"/>
      </w:pPr>
    </w:p>
    <w:p>
      <w:pPr>
        <w:pStyle w:val="Heading2"/>
      </w:pPr>
      <w:r>
        <w:t>4.8 Zimmer 3</w:t>
      </w:r>
    </w:p>
    <w:tbl>
      <w:tblPr>
        <w:tblStyle w:val="TableGrid"/>
        <w:tblW w:type="dxa" w:w="10035"/>
        <w:jc w:val="left"/>
        <w:tblLayout w:type="fixed"/>
        <w:tblLook w:firstColumn="1" w:firstRow="1" w:lastColumn="0" w:lastRow="0" w:noHBand="0" w:noVBand="1" w:val="04A0"/>
        <w:tblInd w:w="120" w:type="dxa"/>
      </w:tblPr>
      <w:tblGrid>
        <w:gridCol w:w="750"/>
        <w:gridCol w:w="1900"/>
        <w:gridCol w:w="2250"/>
        <w:gridCol w:w="4235"/>
        <w:gridCol w:w="900"/>
      </w:tblGrid>
      <w:tr>
        <w:trPr>
          <w:cantSplit/>
          <w:tblHeader w:val="true"/>
        </w:trPr>
        <w:tc>
          <w:tcPr>
            <w:tcW w:type="dxa" w:w="750"/>
            <w:shd w:fill="173D32"/>
            <w:tcMar>
              <w:top w:w="105" w:type="dxa"/>
              <w:start w:w="120" w:type="dxa"/>
              <w:bottom w:w="105" w:type="dxa"/>
              <w:end w:w="120" w:type="dxa"/>
            </w:tcMar>
            <w:vAlign w:val="center"/>
          </w:tcPr>
          <w:p>
            <w:r>
              <w:rPr>
                <w:b/>
                <w:color w:val="FFFFFF"/>
                <w:sz w:val="17"/>
              </w:rPr>
              <w:t>Pos.</w:t>
            </w:r>
          </w:p>
        </w:tc>
        <w:tc>
          <w:tcPr>
            <w:tcW w:type="dxa" w:w="1900"/>
            <w:shd w:fill="173D32"/>
            <w:tcMar>
              <w:top w:w="105" w:type="dxa"/>
              <w:start w:w="120" w:type="dxa"/>
              <w:bottom w:w="105" w:type="dxa"/>
              <w:end w:w="120" w:type="dxa"/>
            </w:tcMar>
            <w:vAlign w:val="center"/>
          </w:tcPr>
          <w:p>
            <w:r>
              <w:rPr>
                <w:b/>
                <w:color w:val="FFFFFF"/>
                <w:sz w:val="17"/>
              </w:rPr>
              <w:t>Bauteil / Einrichtung</w:t>
            </w:r>
          </w:p>
        </w:tc>
        <w:tc>
          <w:tcPr>
            <w:tcW w:type="dxa" w:w="2250"/>
            <w:shd w:fill="173D32"/>
            <w:tcMar>
              <w:top w:w="105" w:type="dxa"/>
              <w:start w:w="120" w:type="dxa"/>
              <w:bottom w:w="105" w:type="dxa"/>
              <w:end w:w="120" w:type="dxa"/>
            </w:tcMar>
            <w:vAlign w:val="center"/>
          </w:tcPr>
          <w:p>
            <w:r>
              <w:rPr>
                <w:b/>
                <w:color w:val="FFFFFF"/>
                <w:sz w:val="17"/>
              </w:rPr>
              <w:t>Zustand</w:t>
            </w:r>
          </w:p>
        </w:tc>
        <w:tc>
          <w:tcPr>
            <w:tcW w:type="dxa" w:w="4235"/>
            <w:shd w:fill="173D32"/>
            <w:tcMar>
              <w:top w:w="105" w:type="dxa"/>
              <w:start w:w="120" w:type="dxa"/>
              <w:bottom w:w="105" w:type="dxa"/>
              <w:end w:w="120" w:type="dxa"/>
            </w:tcMar>
            <w:vAlign w:val="center"/>
          </w:tcPr>
          <w:p>
            <w:r>
              <w:rPr>
                <w:b/>
                <w:color w:val="FFFFFF"/>
                <w:sz w:val="17"/>
              </w:rPr>
              <w:t>Feststellung, Lage und Massnahme</w:t>
            </w:r>
          </w:p>
        </w:tc>
        <w:tc>
          <w:tcPr>
            <w:tcW w:type="dxa" w:w="900"/>
            <w:shd w:fill="173D32"/>
            <w:tcMar>
              <w:top w:w="105" w:type="dxa"/>
              <w:start w:w="120" w:type="dxa"/>
              <w:bottom w:w="105" w:type="dxa"/>
              <w:end w:w="120" w:type="dxa"/>
            </w:tcMar>
            <w:vAlign w:val="center"/>
          </w:tcPr>
          <w:p>
            <w:r>
              <w:rPr>
                <w:b/>
                <w:color w:val="FFFFFF"/>
                <w:sz w:val="17"/>
              </w:rPr>
              <w:t>Foto</w:t>
            </w:r>
          </w:p>
        </w:tc>
      </w:tr>
      <w:tr>
        <w:trPr>
          <w:cantSplit/>
        </w:trPr>
        <w:tc>
          <w:tcPr>
            <w:tcW w:type="dxa" w:w="750"/>
            <w:tcMar>
              <w:top w:w="105" w:type="dxa"/>
              <w:start w:w="120" w:type="dxa"/>
              <w:bottom w:w="105" w:type="dxa"/>
              <w:end w:w="120" w:type="dxa"/>
            </w:tcMar>
            <w:vAlign w:val="center"/>
          </w:tcPr>
          <w:p>
            <w:r/>
            <w:r>
              <w:t>Z3.1</w:t>
            </w:r>
          </w:p>
        </w:tc>
        <w:tc>
          <w:tcPr>
            <w:tcW w:type="dxa" w:w="1900"/>
            <w:tcMar>
              <w:top w:w="105" w:type="dxa"/>
              <w:start w:w="120" w:type="dxa"/>
              <w:bottom w:w="105" w:type="dxa"/>
              <w:end w:w="120" w:type="dxa"/>
            </w:tcMar>
            <w:vAlign w:val="center"/>
          </w:tcPr>
          <w:p>
            <w:r/>
            <w:r>
              <w:t>Bezeichnung / Nutzung des Raums</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Z3.2</w:t>
            </w:r>
          </w:p>
        </w:tc>
        <w:tc>
          <w:tcPr>
            <w:tcW w:type="dxa" w:w="1900"/>
            <w:tcMar>
              <w:top w:w="105" w:type="dxa"/>
              <w:start w:w="120" w:type="dxa"/>
              <w:bottom w:w="105" w:type="dxa"/>
              <w:end w:w="120" w:type="dxa"/>
            </w:tcMar>
            <w:vAlign w:val="center"/>
          </w:tcPr>
          <w:p>
            <w:r/>
            <w:r>
              <w:t>Bodenbelag / Sockel</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Z3.3</w:t>
            </w:r>
          </w:p>
        </w:tc>
        <w:tc>
          <w:tcPr>
            <w:tcW w:type="dxa" w:w="1900"/>
            <w:tcMar>
              <w:top w:w="105" w:type="dxa"/>
              <w:start w:w="120" w:type="dxa"/>
              <w:bottom w:w="105" w:type="dxa"/>
              <w:end w:w="120" w:type="dxa"/>
            </w:tcMar>
            <w:vAlign w:val="center"/>
          </w:tcPr>
          <w:p>
            <w:r/>
            <w:r>
              <w:t>Wände / Decke</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Z3.4</w:t>
            </w:r>
          </w:p>
        </w:tc>
        <w:tc>
          <w:tcPr>
            <w:tcW w:type="dxa" w:w="1900"/>
            <w:tcMar>
              <w:top w:w="105" w:type="dxa"/>
              <w:start w:w="120" w:type="dxa"/>
              <w:bottom w:w="105" w:type="dxa"/>
              <w:end w:w="120" w:type="dxa"/>
            </w:tcMar>
            <w:vAlign w:val="center"/>
          </w:tcPr>
          <w:p>
            <w:r/>
            <w:r>
              <w:t>Türe / Schloss / Zarge</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Z3.5</w:t>
            </w:r>
          </w:p>
        </w:tc>
        <w:tc>
          <w:tcPr>
            <w:tcW w:type="dxa" w:w="1900"/>
            <w:tcMar>
              <w:top w:w="105" w:type="dxa"/>
              <w:start w:w="120" w:type="dxa"/>
              <w:bottom w:w="105" w:type="dxa"/>
              <w:end w:w="120" w:type="dxa"/>
            </w:tcMar>
            <w:vAlign w:val="center"/>
          </w:tcPr>
          <w:p>
            <w:r/>
            <w:r>
              <w:t>Fenster / Fenstertüre / Simse</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Z3.6</w:t>
            </w:r>
          </w:p>
        </w:tc>
        <w:tc>
          <w:tcPr>
            <w:tcW w:type="dxa" w:w="1900"/>
            <w:tcMar>
              <w:top w:w="105" w:type="dxa"/>
              <w:start w:w="120" w:type="dxa"/>
              <w:bottom w:w="105" w:type="dxa"/>
              <w:end w:w="120" w:type="dxa"/>
            </w:tcMar>
            <w:vAlign w:val="center"/>
          </w:tcPr>
          <w:p>
            <w:r/>
            <w:r>
              <w:t>Storen / Rollläden / Gurten</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Z3.7</w:t>
            </w:r>
          </w:p>
        </w:tc>
        <w:tc>
          <w:tcPr>
            <w:tcW w:type="dxa" w:w="1900"/>
            <w:tcMar>
              <w:top w:w="105" w:type="dxa"/>
              <w:start w:w="120" w:type="dxa"/>
              <w:bottom w:w="105" w:type="dxa"/>
              <w:end w:w="120" w:type="dxa"/>
            </w:tcMar>
            <w:vAlign w:val="center"/>
          </w:tcPr>
          <w:p>
            <w:r/>
            <w:r>
              <w:t>Heizung / Thermostat / Lüftung</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Z3.8</w:t>
            </w:r>
          </w:p>
        </w:tc>
        <w:tc>
          <w:tcPr>
            <w:tcW w:type="dxa" w:w="1900"/>
            <w:tcMar>
              <w:top w:w="105" w:type="dxa"/>
              <w:start w:w="120" w:type="dxa"/>
              <w:bottom w:w="105" w:type="dxa"/>
              <w:end w:w="120" w:type="dxa"/>
            </w:tcMar>
            <w:vAlign w:val="center"/>
          </w:tcPr>
          <w:p>
            <w:r/>
            <w:r>
              <w:t>Elektrik / Licht / Anschlüsse / Einbauten</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bl>
    <w:p>
      <w:pPr>
        <w:spacing w:after="0"/>
      </w:pPr>
    </w:p>
    <w:p>
      <w:pPr>
        <w:pStyle w:val="Heading2"/>
      </w:pPr>
      <w:r>
        <w:t>4.9 Zimmer 4</w:t>
      </w:r>
    </w:p>
    <w:tbl>
      <w:tblPr>
        <w:tblStyle w:val="TableGrid"/>
        <w:tblW w:type="dxa" w:w="10035"/>
        <w:jc w:val="left"/>
        <w:tblLayout w:type="fixed"/>
        <w:tblLook w:firstColumn="1" w:firstRow="1" w:lastColumn="0" w:lastRow="0" w:noHBand="0" w:noVBand="1" w:val="04A0"/>
        <w:tblInd w:w="120" w:type="dxa"/>
      </w:tblPr>
      <w:tblGrid>
        <w:gridCol w:w="750"/>
        <w:gridCol w:w="1900"/>
        <w:gridCol w:w="2250"/>
        <w:gridCol w:w="4235"/>
        <w:gridCol w:w="900"/>
      </w:tblGrid>
      <w:tr>
        <w:trPr>
          <w:cantSplit/>
          <w:tblHeader w:val="true"/>
        </w:trPr>
        <w:tc>
          <w:tcPr>
            <w:tcW w:type="dxa" w:w="750"/>
            <w:shd w:fill="173D32"/>
            <w:tcMar>
              <w:top w:w="105" w:type="dxa"/>
              <w:start w:w="120" w:type="dxa"/>
              <w:bottom w:w="105" w:type="dxa"/>
              <w:end w:w="120" w:type="dxa"/>
            </w:tcMar>
            <w:vAlign w:val="center"/>
          </w:tcPr>
          <w:p>
            <w:r>
              <w:rPr>
                <w:b/>
                <w:color w:val="FFFFFF"/>
                <w:sz w:val="17"/>
              </w:rPr>
              <w:t>Pos.</w:t>
            </w:r>
          </w:p>
        </w:tc>
        <w:tc>
          <w:tcPr>
            <w:tcW w:type="dxa" w:w="1900"/>
            <w:shd w:fill="173D32"/>
            <w:tcMar>
              <w:top w:w="105" w:type="dxa"/>
              <w:start w:w="120" w:type="dxa"/>
              <w:bottom w:w="105" w:type="dxa"/>
              <w:end w:w="120" w:type="dxa"/>
            </w:tcMar>
            <w:vAlign w:val="center"/>
          </w:tcPr>
          <w:p>
            <w:r>
              <w:rPr>
                <w:b/>
                <w:color w:val="FFFFFF"/>
                <w:sz w:val="17"/>
              </w:rPr>
              <w:t>Bauteil / Einrichtung</w:t>
            </w:r>
          </w:p>
        </w:tc>
        <w:tc>
          <w:tcPr>
            <w:tcW w:type="dxa" w:w="2250"/>
            <w:shd w:fill="173D32"/>
            <w:tcMar>
              <w:top w:w="105" w:type="dxa"/>
              <w:start w:w="120" w:type="dxa"/>
              <w:bottom w:w="105" w:type="dxa"/>
              <w:end w:w="120" w:type="dxa"/>
            </w:tcMar>
            <w:vAlign w:val="center"/>
          </w:tcPr>
          <w:p>
            <w:r>
              <w:rPr>
                <w:b/>
                <w:color w:val="FFFFFF"/>
                <w:sz w:val="17"/>
              </w:rPr>
              <w:t>Zustand</w:t>
            </w:r>
          </w:p>
        </w:tc>
        <w:tc>
          <w:tcPr>
            <w:tcW w:type="dxa" w:w="4235"/>
            <w:shd w:fill="173D32"/>
            <w:tcMar>
              <w:top w:w="105" w:type="dxa"/>
              <w:start w:w="120" w:type="dxa"/>
              <w:bottom w:w="105" w:type="dxa"/>
              <w:end w:w="120" w:type="dxa"/>
            </w:tcMar>
            <w:vAlign w:val="center"/>
          </w:tcPr>
          <w:p>
            <w:r>
              <w:rPr>
                <w:b/>
                <w:color w:val="FFFFFF"/>
                <w:sz w:val="17"/>
              </w:rPr>
              <w:t>Feststellung, Lage und Massnahme</w:t>
            </w:r>
          </w:p>
        </w:tc>
        <w:tc>
          <w:tcPr>
            <w:tcW w:type="dxa" w:w="900"/>
            <w:shd w:fill="173D32"/>
            <w:tcMar>
              <w:top w:w="105" w:type="dxa"/>
              <w:start w:w="120" w:type="dxa"/>
              <w:bottom w:w="105" w:type="dxa"/>
              <w:end w:w="120" w:type="dxa"/>
            </w:tcMar>
            <w:vAlign w:val="center"/>
          </w:tcPr>
          <w:p>
            <w:r>
              <w:rPr>
                <w:b/>
                <w:color w:val="FFFFFF"/>
                <w:sz w:val="17"/>
              </w:rPr>
              <w:t>Foto</w:t>
            </w:r>
          </w:p>
        </w:tc>
      </w:tr>
      <w:tr>
        <w:trPr>
          <w:cantSplit/>
        </w:trPr>
        <w:tc>
          <w:tcPr>
            <w:tcW w:type="dxa" w:w="750"/>
            <w:tcMar>
              <w:top w:w="105" w:type="dxa"/>
              <w:start w:w="120" w:type="dxa"/>
              <w:bottom w:w="105" w:type="dxa"/>
              <w:end w:w="120" w:type="dxa"/>
            </w:tcMar>
            <w:vAlign w:val="center"/>
          </w:tcPr>
          <w:p>
            <w:r/>
            <w:r>
              <w:t>Z4.1</w:t>
            </w:r>
          </w:p>
        </w:tc>
        <w:tc>
          <w:tcPr>
            <w:tcW w:type="dxa" w:w="1900"/>
            <w:tcMar>
              <w:top w:w="105" w:type="dxa"/>
              <w:start w:w="120" w:type="dxa"/>
              <w:bottom w:w="105" w:type="dxa"/>
              <w:end w:w="120" w:type="dxa"/>
            </w:tcMar>
            <w:vAlign w:val="center"/>
          </w:tcPr>
          <w:p>
            <w:r/>
            <w:r>
              <w:t>Bezeichnung / Nutzung des Raums</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Z4.2</w:t>
            </w:r>
          </w:p>
        </w:tc>
        <w:tc>
          <w:tcPr>
            <w:tcW w:type="dxa" w:w="1900"/>
            <w:tcMar>
              <w:top w:w="105" w:type="dxa"/>
              <w:start w:w="120" w:type="dxa"/>
              <w:bottom w:w="105" w:type="dxa"/>
              <w:end w:w="120" w:type="dxa"/>
            </w:tcMar>
            <w:vAlign w:val="center"/>
          </w:tcPr>
          <w:p>
            <w:r/>
            <w:r>
              <w:t>Bodenbelag / Sockel</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Z4.3</w:t>
            </w:r>
          </w:p>
        </w:tc>
        <w:tc>
          <w:tcPr>
            <w:tcW w:type="dxa" w:w="1900"/>
            <w:tcMar>
              <w:top w:w="105" w:type="dxa"/>
              <w:start w:w="120" w:type="dxa"/>
              <w:bottom w:w="105" w:type="dxa"/>
              <w:end w:w="120" w:type="dxa"/>
            </w:tcMar>
            <w:vAlign w:val="center"/>
          </w:tcPr>
          <w:p>
            <w:r/>
            <w:r>
              <w:t>Wände / Decke</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Z4.4</w:t>
            </w:r>
          </w:p>
        </w:tc>
        <w:tc>
          <w:tcPr>
            <w:tcW w:type="dxa" w:w="1900"/>
            <w:tcMar>
              <w:top w:w="105" w:type="dxa"/>
              <w:start w:w="120" w:type="dxa"/>
              <w:bottom w:w="105" w:type="dxa"/>
              <w:end w:w="120" w:type="dxa"/>
            </w:tcMar>
            <w:vAlign w:val="center"/>
          </w:tcPr>
          <w:p>
            <w:r/>
            <w:r>
              <w:t>Türe / Schloss / Zarge</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Z4.5</w:t>
            </w:r>
          </w:p>
        </w:tc>
        <w:tc>
          <w:tcPr>
            <w:tcW w:type="dxa" w:w="1900"/>
            <w:tcMar>
              <w:top w:w="105" w:type="dxa"/>
              <w:start w:w="120" w:type="dxa"/>
              <w:bottom w:w="105" w:type="dxa"/>
              <w:end w:w="120" w:type="dxa"/>
            </w:tcMar>
            <w:vAlign w:val="center"/>
          </w:tcPr>
          <w:p>
            <w:r/>
            <w:r>
              <w:t>Fenster / Fenstertüre / Simse</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Z4.6</w:t>
            </w:r>
          </w:p>
        </w:tc>
        <w:tc>
          <w:tcPr>
            <w:tcW w:type="dxa" w:w="1900"/>
            <w:tcMar>
              <w:top w:w="105" w:type="dxa"/>
              <w:start w:w="120" w:type="dxa"/>
              <w:bottom w:w="105" w:type="dxa"/>
              <w:end w:w="120" w:type="dxa"/>
            </w:tcMar>
            <w:vAlign w:val="center"/>
          </w:tcPr>
          <w:p>
            <w:r/>
            <w:r>
              <w:t>Storen / Rollläden / Gurten</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Z4.7</w:t>
            </w:r>
          </w:p>
        </w:tc>
        <w:tc>
          <w:tcPr>
            <w:tcW w:type="dxa" w:w="1900"/>
            <w:tcMar>
              <w:top w:w="105" w:type="dxa"/>
              <w:start w:w="120" w:type="dxa"/>
              <w:bottom w:w="105" w:type="dxa"/>
              <w:end w:w="120" w:type="dxa"/>
            </w:tcMar>
            <w:vAlign w:val="center"/>
          </w:tcPr>
          <w:p>
            <w:r/>
            <w:r>
              <w:t>Heizung / Thermostat / Lüftung</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Z4.8</w:t>
            </w:r>
          </w:p>
        </w:tc>
        <w:tc>
          <w:tcPr>
            <w:tcW w:type="dxa" w:w="1900"/>
            <w:tcMar>
              <w:top w:w="105" w:type="dxa"/>
              <w:start w:w="120" w:type="dxa"/>
              <w:bottom w:w="105" w:type="dxa"/>
              <w:end w:w="120" w:type="dxa"/>
            </w:tcMar>
            <w:vAlign w:val="center"/>
          </w:tcPr>
          <w:p>
            <w:r/>
            <w:r>
              <w:t>Elektrik / Licht / Anschlüsse / Einbauten</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bl>
    <w:p>
      <w:pPr>
        <w:spacing w:after="0"/>
      </w:pPr>
    </w:p>
    <w:p>
      <w:pPr>
        <w:pStyle w:val="Heading2"/>
      </w:pPr>
      <w:r>
        <w:t>4.10 Zimmer 5</w:t>
      </w:r>
    </w:p>
    <w:tbl>
      <w:tblPr>
        <w:tblStyle w:val="TableGrid"/>
        <w:tblW w:type="dxa" w:w="10035"/>
        <w:jc w:val="left"/>
        <w:tblLayout w:type="fixed"/>
        <w:tblLook w:firstColumn="1" w:firstRow="1" w:lastColumn="0" w:lastRow="0" w:noHBand="0" w:noVBand="1" w:val="04A0"/>
        <w:tblInd w:w="120" w:type="dxa"/>
      </w:tblPr>
      <w:tblGrid>
        <w:gridCol w:w="750"/>
        <w:gridCol w:w="1900"/>
        <w:gridCol w:w="2250"/>
        <w:gridCol w:w="4235"/>
        <w:gridCol w:w="900"/>
      </w:tblGrid>
      <w:tr>
        <w:trPr>
          <w:cantSplit/>
          <w:tblHeader w:val="true"/>
        </w:trPr>
        <w:tc>
          <w:tcPr>
            <w:tcW w:type="dxa" w:w="750"/>
            <w:shd w:fill="173D32"/>
            <w:tcMar>
              <w:top w:w="105" w:type="dxa"/>
              <w:start w:w="120" w:type="dxa"/>
              <w:bottom w:w="105" w:type="dxa"/>
              <w:end w:w="120" w:type="dxa"/>
            </w:tcMar>
            <w:vAlign w:val="center"/>
          </w:tcPr>
          <w:p>
            <w:r>
              <w:rPr>
                <w:b/>
                <w:color w:val="FFFFFF"/>
                <w:sz w:val="17"/>
              </w:rPr>
              <w:t>Pos.</w:t>
            </w:r>
          </w:p>
        </w:tc>
        <w:tc>
          <w:tcPr>
            <w:tcW w:type="dxa" w:w="1900"/>
            <w:shd w:fill="173D32"/>
            <w:tcMar>
              <w:top w:w="105" w:type="dxa"/>
              <w:start w:w="120" w:type="dxa"/>
              <w:bottom w:w="105" w:type="dxa"/>
              <w:end w:w="120" w:type="dxa"/>
            </w:tcMar>
            <w:vAlign w:val="center"/>
          </w:tcPr>
          <w:p>
            <w:r>
              <w:rPr>
                <w:b/>
                <w:color w:val="FFFFFF"/>
                <w:sz w:val="17"/>
              </w:rPr>
              <w:t>Bauteil / Einrichtung</w:t>
            </w:r>
          </w:p>
        </w:tc>
        <w:tc>
          <w:tcPr>
            <w:tcW w:type="dxa" w:w="2250"/>
            <w:shd w:fill="173D32"/>
            <w:tcMar>
              <w:top w:w="105" w:type="dxa"/>
              <w:start w:w="120" w:type="dxa"/>
              <w:bottom w:w="105" w:type="dxa"/>
              <w:end w:w="120" w:type="dxa"/>
            </w:tcMar>
            <w:vAlign w:val="center"/>
          </w:tcPr>
          <w:p>
            <w:r>
              <w:rPr>
                <w:b/>
                <w:color w:val="FFFFFF"/>
                <w:sz w:val="17"/>
              </w:rPr>
              <w:t>Zustand</w:t>
            </w:r>
          </w:p>
        </w:tc>
        <w:tc>
          <w:tcPr>
            <w:tcW w:type="dxa" w:w="4235"/>
            <w:shd w:fill="173D32"/>
            <w:tcMar>
              <w:top w:w="105" w:type="dxa"/>
              <w:start w:w="120" w:type="dxa"/>
              <w:bottom w:w="105" w:type="dxa"/>
              <w:end w:w="120" w:type="dxa"/>
            </w:tcMar>
            <w:vAlign w:val="center"/>
          </w:tcPr>
          <w:p>
            <w:r>
              <w:rPr>
                <w:b/>
                <w:color w:val="FFFFFF"/>
                <w:sz w:val="17"/>
              </w:rPr>
              <w:t>Feststellung, Lage und Massnahme</w:t>
            </w:r>
          </w:p>
        </w:tc>
        <w:tc>
          <w:tcPr>
            <w:tcW w:type="dxa" w:w="900"/>
            <w:shd w:fill="173D32"/>
            <w:tcMar>
              <w:top w:w="105" w:type="dxa"/>
              <w:start w:w="120" w:type="dxa"/>
              <w:bottom w:w="105" w:type="dxa"/>
              <w:end w:w="120" w:type="dxa"/>
            </w:tcMar>
            <w:vAlign w:val="center"/>
          </w:tcPr>
          <w:p>
            <w:r>
              <w:rPr>
                <w:b/>
                <w:color w:val="FFFFFF"/>
                <w:sz w:val="17"/>
              </w:rPr>
              <w:t>Foto</w:t>
            </w:r>
          </w:p>
        </w:tc>
      </w:tr>
      <w:tr>
        <w:trPr>
          <w:cantSplit/>
        </w:trPr>
        <w:tc>
          <w:tcPr>
            <w:tcW w:type="dxa" w:w="750"/>
            <w:tcMar>
              <w:top w:w="105" w:type="dxa"/>
              <w:start w:w="120" w:type="dxa"/>
              <w:bottom w:w="105" w:type="dxa"/>
              <w:end w:w="120" w:type="dxa"/>
            </w:tcMar>
            <w:vAlign w:val="center"/>
          </w:tcPr>
          <w:p>
            <w:r/>
            <w:r>
              <w:t>Z5.1</w:t>
            </w:r>
          </w:p>
        </w:tc>
        <w:tc>
          <w:tcPr>
            <w:tcW w:type="dxa" w:w="1900"/>
            <w:tcMar>
              <w:top w:w="105" w:type="dxa"/>
              <w:start w:w="120" w:type="dxa"/>
              <w:bottom w:w="105" w:type="dxa"/>
              <w:end w:w="120" w:type="dxa"/>
            </w:tcMar>
            <w:vAlign w:val="center"/>
          </w:tcPr>
          <w:p>
            <w:r/>
            <w:r>
              <w:t>Bezeichnung / Nutzung des Raums</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Z5.2</w:t>
            </w:r>
          </w:p>
        </w:tc>
        <w:tc>
          <w:tcPr>
            <w:tcW w:type="dxa" w:w="1900"/>
            <w:tcMar>
              <w:top w:w="105" w:type="dxa"/>
              <w:start w:w="120" w:type="dxa"/>
              <w:bottom w:w="105" w:type="dxa"/>
              <w:end w:w="120" w:type="dxa"/>
            </w:tcMar>
            <w:vAlign w:val="center"/>
          </w:tcPr>
          <w:p>
            <w:r/>
            <w:r>
              <w:t>Bodenbelag / Sockel</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Z5.3</w:t>
            </w:r>
          </w:p>
        </w:tc>
        <w:tc>
          <w:tcPr>
            <w:tcW w:type="dxa" w:w="1900"/>
            <w:tcMar>
              <w:top w:w="105" w:type="dxa"/>
              <w:start w:w="120" w:type="dxa"/>
              <w:bottom w:w="105" w:type="dxa"/>
              <w:end w:w="120" w:type="dxa"/>
            </w:tcMar>
            <w:vAlign w:val="center"/>
          </w:tcPr>
          <w:p>
            <w:r/>
            <w:r>
              <w:t>Wände / Decke</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Z5.4</w:t>
            </w:r>
          </w:p>
        </w:tc>
        <w:tc>
          <w:tcPr>
            <w:tcW w:type="dxa" w:w="1900"/>
            <w:tcMar>
              <w:top w:w="105" w:type="dxa"/>
              <w:start w:w="120" w:type="dxa"/>
              <w:bottom w:w="105" w:type="dxa"/>
              <w:end w:w="120" w:type="dxa"/>
            </w:tcMar>
            <w:vAlign w:val="center"/>
          </w:tcPr>
          <w:p>
            <w:r/>
            <w:r>
              <w:t>Türe / Schloss / Zarge</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Z5.5</w:t>
            </w:r>
          </w:p>
        </w:tc>
        <w:tc>
          <w:tcPr>
            <w:tcW w:type="dxa" w:w="1900"/>
            <w:tcMar>
              <w:top w:w="105" w:type="dxa"/>
              <w:start w:w="120" w:type="dxa"/>
              <w:bottom w:w="105" w:type="dxa"/>
              <w:end w:w="120" w:type="dxa"/>
            </w:tcMar>
            <w:vAlign w:val="center"/>
          </w:tcPr>
          <w:p>
            <w:r/>
            <w:r>
              <w:t>Fenster / Fenstertüre / Simse</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Z5.6</w:t>
            </w:r>
          </w:p>
        </w:tc>
        <w:tc>
          <w:tcPr>
            <w:tcW w:type="dxa" w:w="1900"/>
            <w:tcMar>
              <w:top w:w="105" w:type="dxa"/>
              <w:start w:w="120" w:type="dxa"/>
              <w:bottom w:w="105" w:type="dxa"/>
              <w:end w:w="120" w:type="dxa"/>
            </w:tcMar>
            <w:vAlign w:val="center"/>
          </w:tcPr>
          <w:p>
            <w:r/>
            <w:r>
              <w:t>Storen / Rollläden / Gurten</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Z5.7</w:t>
            </w:r>
          </w:p>
        </w:tc>
        <w:tc>
          <w:tcPr>
            <w:tcW w:type="dxa" w:w="1900"/>
            <w:tcMar>
              <w:top w:w="105" w:type="dxa"/>
              <w:start w:w="120" w:type="dxa"/>
              <w:bottom w:w="105" w:type="dxa"/>
              <w:end w:w="120" w:type="dxa"/>
            </w:tcMar>
            <w:vAlign w:val="center"/>
          </w:tcPr>
          <w:p>
            <w:r/>
            <w:r>
              <w:t>Heizung / Thermostat / Lüftung</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Z5.8</w:t>
            </w:r>
          </w:p>
        </w:tc>
        <w:tc>
          <w:tcPr>
            <w:tcW w:type="dxa" w:w="1900"/>
            <w:tcMar>
              <w:top w:w="105" w:type="dxa"/>
              <w:start w:w="120" w:type="dxa"/>
              <w:bottom w:w="105" w:type="dxa"/>
              <w:end w:w="120" w:type="dxa"/>
            </w:tcMar>
            <w:vAlign w:val="center"/>
          </w:tcPr>
          <w:p>
            <w:r/>
            <w:r>
              <w:t>Elektrik / Licht / Anschlüsse / Einbauten</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bl>
    <w:p>
      <w:pPr>
        <w:spacing w:after="0"/>
      </w:pPr>
    </w:p>
    <w:p>
      <w:pPr>
        <w:pStyle w:val="Heading2"/>
      </w:pPr>
      <w:r>
        <w:t>4.11 Zimmer 6</w:t>
      </w:r>
    </w:p>
    <w:tbl>
      <w:tblPr>
        <w:tblStyle w:val="TableGrid"/>
        <w:tblW w:type="dxa" w:w="10035"/>
        <w:jc w:val="left"/>
        <w:tblLayout w:type="fixed"/>
        <w:tblLook w:firstColumn="1" w:firstRow="1" w:lastColumn="0" w:lastRow="0" w:noHBand="0" w:noVBand="1" w:val="04A0"/>
        <w:tblInd w:w="120" w:type="dxa"/>
      </w:tblPr>
      <w:tblGrid>
        <w:gridCol w:w="750"/>
        <w:gridCol w:w="1900"/>
        <w:gridCol w:w="2250"/>
        <w:gridCol w:w="4235"/>
        <w:gridCol w:w="900"/>
      </w:tblGrid>
      <w:tr>
        <w:trPr>
          <w:cantSplit/>
          <w:tblHeader w:val="true"/>
        </w:trPr>
        <w:tc>
          <w:tcPr>
            <w:tcW w:type="dxa" w:w="750"/>
            <w:shd w:fill="173D32"/>
            <w:tcMar>
              <w:top w:w="105" w:type="dxa"/>
              <w:start w:w="120" w:type="dxa"/>
              <w:bottom w:w="105" w:type="dxa"/>
              <w:end w:w="120" w:type="dxa"/>
            </w:tcMar>
            <w:vAlign w:val="center"/>
          </w:tcPr>
          <w:p>
            <w:r>
              <w:rPr>
                <w:b/>
                <w:color w:val="FFFFFF"/>
                <w:sz w:val="17"/>
              </w:rPr>
              <w:t>Pos.</w:t>
            </w:r>
          </w:p>
        </w:tc>
        <w:tc>
          <w:tcPr>
            <w:tcW w:type="dxa" w:w="1900"/>
            <w:shd w:fill="173D32"/>
            <w:tcMar>
              <w:top w:w="105" w:type="dxa"/>
              <w:start w:w="120" w:type="dxa"/>
              <w:bottom w:w="105" w:type="dxa"/>
              <w:end w:w="120" w:type="dxa"/>
            </w:tcMar>
            <w:vAlign w:val="center"/>
          </w:tcPr>
          <w:p>
            <w:r>
              <w:rPr>
                <w:b/>
                <w:color w:val="FFFFFF"/>
                <w:sz w:val="17"/>
              </w:rPr>
              <w:t>Bauteil / Einrichtung</w:t>
            </w:r>
          </w:p>
        </w:tc>
        <w:tc>
          <w:tcPr>
            <w:tcW w:type="dxa" w:w="2250"/>
            <w:shd w:fill="173D32"/>
            <w:tcMar>
              <w:top w:w="105" w:type="dxa"/>
              <w:start w:w="120" w:type="dxa"/>
              <w:bottom w:w="105" w:type="dxa"/>
              <w:end w:w="120" w:type="dxa"/>
            </w:tcMar>
            <w:vAlign w:val="center"/>
          </w:tcPr>
          <w:p>
            <w:r>
              <w:rPr>
                <w:b/>
                <w:color w:val="FFFFFF"/>
                <w:sz w:val="17"/>
              </w:rPr>
              <w:t>Zustand</w:t>
            </w:r>
          </w:p>
        </w:tc>
        <w:tc>
          <w:tcPr>
            <w:tcW w:type="dxa" w:w="4235"/>
            <w:shd w:fill="173D32"/>
            <w:tcMar>
              <w:top w:w="105" w:type="dxa"/>
              <w:start w:w="120" w:type="dxa"/>
              <w:bottom w:w="105" w:type="dxa"/>
              <w:end w:w="120" w:type="dxa"/>
            </w:tcMar>
            <w:vAlign w:val="center"/>
          </w:tcPr>
          <w:p>
            <w:r>
              <w:rPr>
                <w:b/>
                <w:color w:val="FFFFFF"/>
                <w:sz w:val="17"/>
              </w:rPr>
              <w:t>Feststellung, Lage und Massnahme</w:t>
            </w:r>
          </w:p>
        </w:tc>
        <w:tc>
          <w:tcPr>
            <w:tcW w:type="dxa" w:w="900"/>
            <w:shd w:fill="173D32"/>
            <w:tcMar>
              <w:top w:w="105" w:type="dxa"/>
              <w:start w:w="120" w:type="dxa"/>
              <w:bottom w:w="105" w:type="dxa"/>
              <w:end w:w="120" w:type="dxa"/>
            </w:tcMar>
            <w:vAlign w:val="center"/>
          </w:tcPr>
          <w:p>
            <w:r>
              <w:rPr>
                <w:b/>
                <w:color w:val="FFFFFF"/>
                <w:sz w:val="17"/>
              </w:rPr>
              <w:t>Foto</w:t>
            </w:r>
          </w:p>
        </w:tc>
      </w:tr>
      <w:tr>
        <w:trPr>
          <w:cantSplit/>
        </w:trPr>
        <w:tc>
          <w:tcPr>
            <w:tcW w:type="dxa" w:w="750"/>
            <w:tcMar>
              <w:top w:w="105" w:type="dxa"/>
              <w:start w:w="120" w:type="dxa"/>
              <w:bottom w:w="105" w:type="dxa"/>
              <w:end w:w="120" w:type="dxa"/>
            </w:tcMar>
            <w:vAlign w:val="center"/>
          </w:tcPr>
          <w:p>
            <w:r/>
            <w:r>
              <w:t>Z6.1</w:t>
            </w:r>
          </w:p>
        </w:tc>
        <w:tc>
          <w:tcPr>
            <w:tcW w:type="dxa" w:w="1900"/>
            <w:tcMar>
              <w:top w:w="105" w:type="dxa"/>
              <w:start w:w="120" w:type="dxa"/>
              <w:bottom w:w="105" w:type="dxa"/>
              <w:end w:w="120" w:type="dxa"/>
            </w:tcMar>
            <w:vAlign w:val="center"/>
          </w:tcPr>
          <w:p>
            <w:r/>
            <w:r>
              <w:t>Bezeichnung / Nutzung des Raums</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Z6.2</w:t>
            </w:r>
          </w:p>
        </w:tc>
        <w:tc>
          <w:tcPr>
            <w:tcW w:type="dxa" w:w="1900"/>
            <w:tcMar>
              <w:top w:w="105" w:type="dxa"/>
              <w:start w:w="120" w:type="dxa"/>
              <w:bottom w:w="105" w:type="dxa"/>
              <w:end w:w="120" w:type="dxa"/>
            </w:tcMar>
            <w:vAlign w:val="center"/>
          </w:tcPr>
          <w:p>
            <w:r/>
            <w:r>
              <w:t>Bodenbelag / Sockel</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Z6.3</w:t>
            </w:r>
          </w:p>
        </w:tc>
        <w:tc>
          <w:tcPr>
            <w:tcW w:type="dxa" w:w="1900"/>
            <w:tcMar>
              <w:top w:w="105" w:type="dxa"/>
              <w:start w:w="120" w:type="dxa"/>
              <w:bottom w:w="105" w:type="dxa"/>
              <w:end w:w="120" w:type="dxa"/>
            </w:tcMar>
            <w:vAlign w:val="center"/>
          </w:tcPr>
          <w:p>
            <w:r/>
            <w:r>
              <w:t>Wände / Decke</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Z6.4</w:t>
            </w:r>
          </w:p>
        </w:tc>
        <w:tc>
          <w:tcPr>
            <w:tcW w:type="dxa" w:w="1900"/>
            <w:tcMar>
              <w:top w:w="105" w:type="dxa"/>
              <w:start w:w="120" w:type="dxa"/>
              <w:bottom w:w="105" w:type="dxa"/>
              <w:end w:w="120" w:type="dxa"/>
            </w:tcMar>
            <w:vAlign w:val="center"/>
          </w:tcPr>
          <w:p>
            <w:r/>
            <w:r>
              <w:t>Türe / Schloss / Zarge</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Z6.5</w:t>
            </w:r>
          </w:p>
        </w:tc>
        <w:tc>
          <w:tcPr>
            <w:tcW w:type="dxa" w:w="1900"/>
            <w:tcMar>
              <w:top w:w="105" w:type="dxa"/>
              <w:start w:w="120" w:type="dxa"/>
              <w:bottom w:w="105" w:type="dxa"/>
              <w:end w:w="120" w:type="dxa"/>
            </w:tcMar>
            <w:vAlign w:val="center"/>
          </w:tcPr>
          <w:p>
            <w:r/>
            <w:r>
              <w:t>Fenster / Fenstertüre / Simse</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Z6.6</w:t>
            </w:r>
          </w:p>
        </w:tc>
        <w:tc>
          <w:tcPr>
            <w:tcW w:type="dxa" w:w="1900"/>
            <w:tcMar>
              <w:top w:w="105" w:type="dxa"/>
              <w:start w:w="120" w:type="dxa"/>
              <w:bottom w:w="105" w:type="dxa"/>
              <w:end w:w="120" w:type="dxa"/>
            </w:tcMar>
            <w:vAlign w:val="center"/>
          </w:tcPr>
          <w:p>
            <w:r/>
            <w:r>
              <w:t>Storen / Rollläden / Gurten</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Z6.7</w:t>
            </w:r>
          </w:p>
        </w:tc>
        <w:tc>
          <w:tcPr>
            <w:tcW w:type="dxa" w:w="1900"/>
            <w:tcMar>
              <w:top w:w="105" w:type="dxa"/>
              <w:start w:w="120" w:type="dxa"/>
              <w:bottom w:w="105" w:type="dxa"/>
              <w:end w:w="120" w:type="dxa"/>
            </w:tcMar>
            <w:vAlign w:val="center"/>
          </w:tcPr>
          <w:p>
            <w:r/>
            <w:r>
              <w:t>Heizung / Thermostat / Lüftung</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Z6.8</w:t>
            </w:r>
          </w:p>
        </w:tc>
        <w:tc>
          <w:tcPr>
            <w:tcW w:type="dxa" w:w="1900"/>
            <w:tcMar>
              <w:top w:w="105" w:type="dxa"/>
              <w:start w:w="120" w:type="dxa"/>
              <w:bottom w:w="105" w:type="dxa"/>
              <w:end w:w="120" w:type="dxa"/>
            </w:tcMar>
            <w:vAlign w:val="center"/>
          </w:tcPr>
          <w:p>
            <w:r/>
            <w:r>
              <w:t>Elektrik / Licht / Anschlüsse / Einbauten</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bl>
    <w:p>
      <w:pPr>
        <w:spacing w:after="0"/>
      </w:pPr>
    </w:p>
    <w:p>
      <w:pPr>
        <w:pStyle w:val="Heading2"/>
      </w:pPr>
      <w:r>
        <w:t>4.12 Weiteres Zimmer / Raum 7</w:t>
      </w:r>
    </w:p>
    <w:tbl>
      <w:tblPr>
        <w:tblStyle w:val="TableGrid"/>
        <w:tblW w:type="dxa" w:w="10035"/>
        <w:jc w:val="left"/>
        <w:tblLayout w:type="fixed"/>
        <w:tblLook w:firstColumn="1" w:firstRow="1" w:lastColumn="0" w:lastRow="0" w:noHBand="0" w:noVBand="1" w:val="04A0"/>
        <w:tblInd w:w="120" w:type="dxa"/>
      </w:tblPr>
      <w:tblGrid>
        <w:gridCol w:w="750"/>
        <w:gridCol w:w="1900"/>
        <w:gridCol w:w="2250"/>
        <w:gridCol w:w="4235"/>
        <w:gridCol w:w="900"/>
      </w:tblGrid>
      <w:tr>
        <w:trPr>
          <w:cantSplit/>
          <w:tblHeader w:val="true"/>
        </w:trPr>
        <w:tc>
          <w:tcPr>
            <w:tcW w:type="dxa" w:w="750"/>
            <w:shd w:fill="173D32"/>
            <w:tcMar>
              <w:top w:w="105" w:type="dxa"/>
              <w:start w:w="120" w:type="dxa"/>
              <w:bottom w:w="105" w:type="dxa"/>
              <w:end w:w="120" w:type="dxa"/>
            </w:tcMar>
            <w:vAlign w:val="center"/>
          </w:tcPr>
          <w:p>
            <w:r>
              <w:rPr>
                <w:b/>
                <w:color w:val="FFFFFF"/>
                <w:sz w:val="17"/>
              </w:rPr>
              <w:t>Pos.</w:t>
            </w:r>
          </w:p>
        </w:tc>
        <w:tc>
          <w:tcPr>
            <w:tcW w:type="dxa" w:w="1900"/>
            <w:shd w:fill="173D32"/>
            <w:tcMar>
              <w:top w:w="105" w:type="dxa"/>
              <w:start w:w="120" w:type="dxa"/>
              <w:bottom w:w="105" w:type="dxa"/>
              <w:end w:w="120" w:type="dxa"/>
            </w:tcMar>
            <w:vAlign w:val="center"/>
          </w:tcPr>
          <w:p>
            <w:r>
              <w:rPr>
                <w:b/>
                <w:color w:val="FFFFFF"/>
                <w:sz w:val="17"/>
              </w:rPr>
              <w:t>Bauteil / Einrichtung</w:t>
            </w:r>
          </w:p>
        </w:tc>
        <w:tc>
          <w:tcPr>
            <w:tcW w:type="dxa" w:w="2250"/>
            <w:shd w:fill="173D32"/>
            <w:tcMar>
              <w:top w:w="105" w:type="dxa"/>
              <w:start w:w="120" w:type="dxa"/>
              <w:bottom w:w="105" w:type="dxa"/>
              <w:end w:w="120" w:type="dxa"/>
            </w:tcMar>
            <w:vAlign w:val="center"/>
          </w:tcPr>
          <w:p>
            <w:r>
              <w:rPr>
                <w:b/>
                <w:color w:val="FFFFFF"/>
                <w:sz w:val="17"/>
              </w:rPr>
              <w:t>Zustand</w:t>
            </w:r>
          </w:p>
        </w:tc>
        <w:tc>
          <w:tcPr>
            <w:tcW w:type="dxa" w:w="4235"/>
            <w:shd w:fill="173D32"/>
            <w:tcMar>
              <w:top w:w="105" w:type="dxa"/>
              <w:start w:w="120" w:type="dxa"/>
              <w:bottom w:w="105" w:type="dxa"/>
              <w:end w:w="120" w:type="dxa"/>
            </w:tcMar>
            <w:vAlign w:val="center"/>
          </w:tcPr>
          <w:p>
            <w:r>
              <w:rPr>
                <w:b/>
                <w:color w:val="FFFFFF"/>
                <w:sz w:val="17"/>
              </w:rPr>
              <w:t>Feststellung, Lage und Massnahme</w:t>
            </w:r>
          </w:p>
        </w:tc>
        <w:tc>
          <w:tcPr>
            <w:tcW w:type="dxa" w:w="900"/>
            <w:shd w:fill="173D32"/>
            <w:tcMar>
              <w:top w:w="105" w:type="dxa"/>
              <w:start w:w="120" w:type="dxa"/>
              <w:bottom w:w="105" w:type="dxa"/>
              <w:end w:w="120" w:type="dxa"/>
            </w:tcMar>
            <w:vAlign w:val="center"/>
          </w:tcPr>
          <w:p>
            <w:r>
              <w:rPr>
                <w:b/>
                <w:color w:val="FFFFFF"/>
                <w:sz w:val="17"/>
              </w:rPr>
              <w:t>Foto</w:t>
            </w:r>
          </w:p>
        </w:tc>
      </w:tr>
      <w:tr>
        <w:trPr>
          <w:cantSplit/>
        </w:trPr>
        <w:tc>
          <w:tcPr>
            <w:tcW w:type="dxa" w:w="750"/>
            <w:tcMar>
              <w:top w:w="105" w:type="dxa"/>
              <w:start w:w="120" w:type="dxa"/>
              <w:bottom w:w="105" w:type="dxa"/>
              <w:end w:w="120" w:type="dxa"/>
            </w:tcMar>
            <w:vAlign w:val="center"/>
          </w:tcPr>
          <w:p>
            <w:r/>
            <w:r>
              <w:t>Z7.1</w:t>
            </w:r>
          </w:p>
        </w:tc>
        <w:tc>
          <w:tcPr>
            <w:tcW w:type="dxa" w:w="1900"/>
            <w:tcMar>
              <w:top w:w="105" w:type="dxa"/>
              <w:start w:w="120" w:type="dxa"/>
              <w:bottom w:w="105" w:type="dxa"/>
              <w:end w:w="120" w:type="dxa"/>
            </w:tcMar>
            <w:vAlign w:val="center"/>
          </w:tcPr>
          <w:p>
            <w:r/>
            <w:r>
              <w:t>Bezeichnung / Nutzung des Raums</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Z7.2</w:t>
            </w:r>
          </w:p>
        </w:tc>
        <w:tc>
          <w:tcPr>
            <w:tcW w:type="dxa" w:w="1900"/>
            <w:tcMar>
              <w:top w:w="105" w:type="dxa"/>
              <w:start w:w="120" w:type="dxa"/>
              <w:bottom w:w="105" w:type="dxa"/>
              <w:end w:w="120" w:type="dxa"/>
            </w:tcMar>
            <w:vAlign w:val="center"/>
          </w:tcPr>
          <w:p>
            <w:r/>
            <w:r>
              <w:t>Bodenbelag / Sockel</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Z7.3</w:t>
            </w:r>
          </w:p>
        </w:tc>
        <w:tc>
          <w:tcPr>
            <w:tcW w:type="dxa" w:w="1900"/>
            <w:tcMar>
              <w:top w:w="105" w:type="dxa"/>
              <w:start w:w="120" w:type="dxa"/>
              <w:bottom w:w="105" w:type="dxa"/>
              <w:end w:w="120" w:type="dxa"/>
            </w:tcMar>
            <w:vAlign w:val="center"/>
          </w:tcPr>
          <w:p>
            <w:r/>
            <w:r>
              <w:t>Wände / Decke</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Z7.4</w:t>
            </w:r>
          </w:p>
        </w:tc>
        <w:tc>
          <w:tcPr>
            <w:tcW w:type="dxa" w:w="1900"/>
            <w:tcMar>
              <w:top w:w="105" w:type="dxa"/>
              <w:start w:w="120" w:type="dxa"/>
              <w:bottom w:w="105" w:type="dxa"/>
              <w:end w:w="120" w:type="dxa"/>
            </w:tcMar>
            <w:vAlign w:val="center"/>
          </w:tcPr>
          <w:p>
            <w:r/>
            <w:r>
              <w:t>Türe / Schloss / Zarge</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Z7.5</w:t>
            </w:r>
          </w:p>
        </w:tc>
        <w:tc>
          <w:tcPr>
            <w:tcW w:type="dxa" w:w="1900"/>
            <w:tcMar>
              <w:top w:w="105" w:type="dxa"/>
              <w:start w:w="120" w:type="dxa"/>
              <w:bottom w:w="105" w:type="dxa"/>
              <w:end w:w="120" w:type="dxa"/>
            </w:tcMar>
            <w:vAlign w:val="center"/>
          </w:tcPr>
          <w:p>
            <w:r/>
            <w:r>
              <w:t>Fenster / Fenstertüre / Simse</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Z7.6</w:t>
            </w:r>
          </w:p>
        </w:tc>
        <w:tc>
          <w:tcPr>
            <w:tcW w:type="dxa" w:w="1900"/>
            <w:tcMar>
              <w:top w:w="105" w:type="dxa"/>
              <w:start w:w="120" w:type="dxa"/>
              <w:bottom w:w="105" w:type="dxa"/>
              <w:end w:w="120" w:type="dxa"/>
            </w:tcMar>
            <w:vAlign w:val="center"/>
          </w:tcPr>
          <w:p>
            <w:r/>
            <w:r>
              <w:t>Storen / Rollläden / Gurten</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Z7.7</w:t>
            </w:r>
          </w:p>
        </w:tc>
        <w:tc>
          <w:tcPr>
            <w:tcW w:type="dxa" w:w="1900"/>
            <w:tcMar>
              <w:top w:w="105" w:type="dxa"/>
              <w:start w:w="120" w:type="dxa"/>
              <w:bottom w:w="105" w:type="dxa"/>
              <w:end w:w="120" w:type="dxa"/>
            </w:tcMar>
            <w:vAlign w:val="center"/>
          </w:tcPr>
          <w:p>
            <w:r/>
            <w:r>
              <w:t>Heizung / Thermostat / Lüftung</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Z7.8</w:t>
            </w:r>
          </w:p>
        </w:tc>
        <w:tc>
          <w:tcPr>
            <w:tcW w:type="dxa" w:w="1900"/>
            <w:tcMar>
              <w:top w:w="105" w:type="dxa"/>
              <w:start w:w="120" w:type="dxa"/>
              <w:bottom w:w="105" w:type="dxa"/>
              <w:end w:w="120" w:type="dxa"/>
            </w:tcMar>
            <w:vAlign w:val="center"/>
          </w:tcPr>
          <w:p>
            <w:r/>
            <w:r>
              <w:t>Elektrik / Licht / Anschlüsse / Einbauten</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bl>
    <w:p>
      <w:pPr>
        <w:spacing w:after="0"/>
      </w:pPr>
    </w:p>
    <w:p>
      <w:pPr>
        <w:pStyle w:val="Heading2"/>
      </w:pPr>
      <w:r>
        <w:t>4.13 Weiteres Zimmer / Raum 8</w:t>
      </w:r>
    </w:p>
    <w:tbl>
      <w:tblPr>
        <w:tblStyle w:val="TableGrid"/>
        <w:tblW w:type="dxa" w:w="10035"/>
        <w:jc w:val="left"/>
        <w:tblLayout w:type="fixed"/>
        <w:tblLook w:firstColumn="1" w:firstRow="1" w:lastColumn="0" w:lastRow="0" w:noHBand="0" w:noVBand="1" w:val="04A0"/>
        <w:tblInd w:w="120" w:type="dxa"/>
      </w:tblPr>
      <w:tblGrid>
        <w:gridCol w:w="750"/>
        <w:gridCol w:w="1900"/>
        <w:gridCol w:w="2250"/>
        <w:gridCol w:w="4235"/>
        <w:gridCol w:w="900"/>
      </w:tblGrid>
      <w:tr>
        <w:trPr>
          <w:cantSplit/>
          <w:tblHeader w:val="true"/>
        </w:trPr>
        <w:tc>
          <w:tcPr>
            <w:tcW w:type="dxa" w:w="750"/>
            <w:shd w:fill="173D32"/>
            <w:tcMar>
              <w:top w:w="105" w:type="dxa"/>
              <w:start w:w="120" w:type="dxa"/>
              <w:bottom w:w="105" w:type="dxa"/>
              <w:end w:w="120" w:type="dxa"/>
            </w:tcMar>
            <w:vAlign w:val="center"/>
          </w:tcPr>
          <w:p>
            <w:r>
              <w:rPr>
                <w:b/>
                <w:color w:val="FFFFFF"/>
                <w:sz w:val="17"/>
              </w:rPr>
              <w:t>Pos.</w:t>
            </w:r>
          </w:p>
        </w:tc>
        <w:tc>
          <w:tcPr>
            <w:tcW w:type="dxa" w:w="1900"/>
            <w:shd w:fill="173D32"/>
            <w:tcMar>
              <w:top w:w="105" w:type="dxa"/>
              <w:start w:w="120" w:type="dxa"/>
              <w:bottom w:w="105" w:type="dxa"/>
              <w:end w:w="120" w:type="dxa"/>
            </w:tcMar>
            <w:vAlign w:val="center"/>
          </w:tcPr>
          <w:p>
            <w:r>
              <w:rPr>
                <w:b/>
                <w:color w:val="FFFFFF"/>
                <w:sz w:val="17"/>
              </w:rPr>
              <w:t>Bauteil / Einrichtung</w:t>
            </w:r>
          </w:p>
        </w:tc>
        <w:tc>
          <w:tcPr>
            <w:tcW w:type="dxa" w:w="2250"/>
            <w:shd w:fill="173D32"/>
            <w:tcMar>
              <w:top w:w="105" w:type="dxa"/>
              <w:start w:w="120" w:type="dxa"/>
              <w:bottom w:w="105" w:type="dxa"/>
              <w:end w:w="120" w:type="dxa"/>
            </w:tcMar>
            <w:vAlign w:val="center"/>
          </w:tcPr>
          <w:p>
            <w:r>
              <w:rPr>
                <w:b/>
                <w:color w:val="FFFFFF"/>
                <w:sz w:val="17"/>
              </w:rPr>
              <w:t>Zustand</w:t>
            </w:r>
          </w:p>
        </w:tc>
        <w:tc>
          <w:tcPr>
            <w:tcW w:type="dxa" w:w="4235"/>
            <w:shd w:fill="173D32"/>
            <w:tcMar>
              <w:top w:w="105" w:type="dxa"/>
              <w:start w:w="120" w:type="dxa"/>
              <w:bottom w:w="105" w:type="dxa"/>
              <w:end w:w="120" w:type="dxa"/>
            </w:tcMar>
            <w:vAlign w:val="center"/>
          </w:tcPr>
          <w:p>
            <w:r>
              <w:rPr>
                <w:b/>
                <w:color w:val="FFFFFF"/>
                <w:sz w:val="17"/>
              </w:rPr>
              <w:t>Feststellung, Lage und Massnahme</w:t>
            </w:r>
          </w:p>
        </w:tc>
        <w:tc>
          <w:tcPr>
            <w:tcW w:type="dxa" w:w="900"/>
            <w:shd w:fill="173D32"/>
            <w:tcMar>
              <w:top w:w="105" w:type="dxa"/>
              <w:start w:w="120" w:type="dxa"/>
              <w:bottom w:w="105" w:type="dxa"/>
              <w:end w:w="120" w:type="dxa"/>
            </w:tcMar>
            <w:vAlign w:val="center"/>
          </w:tcPr>
          <w:p>
            <w:r>
              <w:rPr>
                <w:b/>
                <w:color w:val="FFFFFF"/>
                <w:sz w:val="17"/>
              </w:rPr>
              <w:t>Foto</w:t>
            </w:r>
          </w:p>
        </w:tc>
      </w:tr>
      <w:tr>
        <w:trPr>
          <w:cantSplit/>
        </w:trPr>
        <w:tc>
          <w:tcPr>
            <w:tcW w:type="dxa" w:w="750"/>
            <w:tcMar>
              <w:top w:w="105" w:type="dxa"/>
              <w:start w:w="120" w:type="dxa"/>
              <w:bottom w:w="105" w:type="dxa"/>
              <w:end w:w="120" w:type="dxa"/>
            </w:tcMar>
            <w:vAlign w:val="center"/>
          </w:tcPr>
          <w:p>
            <w:r/>
            <w:r>
              <w:t>Z8.1</w:t>
            </w:r>
          </w:p>
        </w:tc>
        <w:tc>
          <w:tcPr>
            <w:tcW w:type="dxa" w:w="1900"/>
            <w:tcMar>
              <w:top w:w="105" w:type="dxa"/>
              <w:start w:w="120" w:type="dxa"/>
              <w:bottom w:w="105" w:type="dxa"/>
              <w:end w:w="120" w:type="dxa"/>
            </w:tcMar>
            <w:vAlign w:val="center"/>
          </w:tcPr>
          <w:p>
            <w:r/>
            <w:r>
              <w:t>Bezeichnung / Nutzung des Raums</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Z8.2</w:t>
            </w:r>
          </w:p>
        </w:tc>
        <w:tc>
          <w:tcPr>
            <w:tcW w:type="dxa" w:w="1900"/>
            <w:tcMar>
              <w:top w:w="105" w:type="dxa"/>
              <w:start w:w="120" w:type="dxa"/>
              <w:bottom w:w="105" w:type="dxa"/>
              <w:end w:w="120" w:type="dxa"/>
            </w:tcMar>
            <w:vAlign w:val="center"/>
          </w:tcPr>
          <w:p>
            <w:r/>
            <w:r>
              <w:t>Bodenbelag / Sockel</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Z8.3</w:t>
            </w:r>
          </w:p>
        </w:tc>
        <w:tc>
          <w:tcPr>
            <w:tcW w:type="dxa" w:w="1900"/>
            <w:tcMar>
              <w:top w:w="105" w:type="dxa"/>
              <w:start w:w="120" w:type="dxa"/>
              <w:bottom w:w="105" w:type="dxa"/>
              <w:end w:w="120" w:type="dxa"/>
            </w:tcMar>
            <w:vAlign w:val="center"/>
          </w:tcPr>
          <w:p>
            <w:r/>
            <w:r>
              <w:t>Wände / Decke</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Z8.4</w:t>
            </w:r>
          </w:p>
        </w:tc>
        <w:tc>
          <w:tcPr>
            <w:tcW w:type="dxa" w:w="1900"/>
            <w:tcMar>
              <w:top w:w="105" w:type="dxa"/>
              <w:start w:w="120" w:type="dxa"/>
              <w:bottom w:w="105" w:type="dxa"/>
              <w:end w:w="120" w:type="dxa"/>
            </w:tcMar>
            <w:vAlign w:val="center"/>
          </w:tcPr>
          <w:p>
            <w:r/>
            <w:r>
              <w:t>Türe / Schloss / Zarge</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Z8.5</w:t>
            </w:r>
          </w:p>
        </w:tc>
        <w:tc>
          <w:tcPr>
            <w:tcW w:type="dxa" w:w="1900"/>
            <w:tcMar>
              <w:top w:w="105" w:type="dxa"/>
              <w:start w:w="120" w:type="dxa"/>
              <w:bottom w:w="105" w:type="dxa"/>
              <w:end w:w="120" w:type="dxa"/>
            </w:tcMar>
            <w:vAlign w:val="center"/>
          </w:tcPr>
          <w:p>
            <w:r/>
            <w:r>
              <w:t>Fenster / Fenstertüre / Simse</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Z8.6</w:t>
            </w:r>
          </w:p>
        </w:tc>
        <w:tc>
          <w:tcPr>
            <w:tcW w:type="dxa" w:w="1900"/>
            <w:tcMar>
              <w:top w:w="105" w:type="dxa"/>
              <w:start w:w="120" w:type="dxa"/>
              <w:bottom w:w="105" w:type="dxa"/>
              <w:end w:w="120" w:type="dxa"/>
            </w:tcMar>
            <w:vAlign w:val="center"/>
          </w:tcPr>
          <w:p>
            <w:r/>
            <w:r>
              <w:t>Storen / Rollläden / Gurten</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Z8.7</w:t>
            </w:r>
          </w:p>
        </w:tc>
        <w:tc>
          <w:tcPr>
            <w:tcW w:type="dxa" w:w="1900"/>
            <w:tcMar>
              <w:top w:w="105" w:type="dxa"/>
              <w:start w:w="120" w:type="dxa"/>
              <w:bottom w:w="105" w:type="dxa"/>
              <w:end w:w="120" w:type="dxa"/>
            </w:tcMar>
            <w:vAlign w:val="center"/>
          </w:tcPr>
          <w:p>
            <w:r/>
            <w:r>
              <w:t>Heizung / Thermostat / Lüftung</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Z8.8</w:t>
            </w:r>
          </w:p>
        </w:tc>
        <w:tc>
          <w:tcPr>
            <w:tcW w:type="dxa" w:w="1900"/>
            <w:tcMar>
              <w:top w:w="105" w:type="dxa"/>
              <w:start w:w="120" w:type="dxa"/>
              <w:bottom w:w="105" w:type="dxa"/>
              <w:end w:w="120" w:type="dxa"/>
            </w:tcMar>
            <w:vAlign w:val="center"/>
          </w:tcPr>
          <w:p>
            <w:r/>
            <w:r>
              <w:t>Elektrik / Licht / Anschlüsse / Einbauten</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bl>
    <w:p>
      <w:pPr>
        <w:spacing w:after="0"/>
      </w:pPr>
    </w:p>
    <w:p>
      <w:pPr>
        <w:pStyle w:val="Heading2"/>
      </w:pPr>
      <w:r>
        <w:t>4.14 Nebenräume und Aussenbereiche</w:t>
      </w:r>
    </w:p>
    <w:tbl>
      <w:tblPr>
        <w:tblStyle w:val="TableGrid"/>
        <w:tblW w:type="dxa" w:w="10035"/>
        <w:jc w:val="left"/>
        <w:tblLayout w:type="fixed"/>
        <w:tblLook w:firstColumn="1" w:firstRow="1" w:lastColumn="0" w:lastRow="0" w:noHBand="0" w:noVBand="1" w:val="04A0"/>
        <w:tblInd w:w="120" w:type="dxa"/>
      </w:tblPr>
      <w:tblGrid>
        <w:gridCol w:w="750"/>
        <w:gridCol w:w="1900"/>
        <w:gridCol w:w="2250"/>
        <w:gridCol w:w="4235"/>
        <w:gridCol w:w="900"/>
      </w:tblGrid>
      <w:tr>
        <w:trPr>
          <w:cantSplit/>
          <w:tblHeader w:val="true"/>
        </w:trPr>
        <w:tc>
          <w:tcPr>
            <w:tcW w:type="dxa" w:w="750"/>
            <w:shd w:fill="173D32"/>
            <w:tcMar>
              <w:top w:w="105" w:type="dxa"/>
              <w:start w:w="120" w:type="dxa"/>
              <w:bottom w:w="105" w:type="dxa"/>
              <w:end w:w="120" w:type="dxa"/>
            </w:tcMar>
            <w:vAlign w:val="center"/>
          </w:tcPr>
          <w:p>
            <w:r>
              <w:rPr>
                <w:b/>
                <w:color w:val="FFFFFF"/>
                <w:sz w:val="17"/>
              </w:rPr>
              <w:t>Pos.</w:t>
            </w:r>
          </w:p>
        </w:tc>
        <w:tc>
          <w:tcPr>
            <w:tcW w:type="dxa" w:w="1900"/>
            <w:shd w:fill="173D32"/>
            <w:tcMar>
              <w:top w:w="105" w:type="dxa"/>
              <w:start w:w="120" w:type="dxa"/>
              <w:bottom w:w="105" w:type="dxa"/>
              <w:end w:w="120" w:type="dxa"/>
            </w:tcMar>
            <w:vAlign w:val="center"/>
          </w:tcPr>
          <w:p>
            <w:r>
              <w:rPr>
                <w:b/>
                <w:color w:val="FFFFFF"/>
                <w:sz w:val="17"/>
              </w:rPr>
              <w:t>Bauteil / Einrichtung</w:t>
            </w:r>
          </w:p>
        </w:tc>
        <w:tc>
          <w:tcPr>
            <w:tcW w:type="dxa" w:w="2250"/>
            <w:shd w:fill="173D32"/>
            <w:tcMar>
              <w:top w:w="105" w:type="dxa"/>
              <w:start w:w="120" w:type="dxa"/>
              <w:bottom w:w="105" w:type="dxa"/>
              <w:end w:w="120" w:type="dxa"/>
            </w:tcMar>
            <w:vAlign w:val="center"/>
          </w:tcPr>
          <w:p>
            <w:r>
              <w:rPr>
                <w:b/>
                <w:color w:val="FFFFFF"/>
                <w:sz w:val="17"/>
              </w:rPr>
              <w:t>Zustand</w:t>
            </w:r>
          </w:p>
        </w:tc>
        <w:tc>
          <w:tcPr>
            <w:tcW w:type="dxa" w:w="4235"/>
            <w:shd w:fill="173D32"/>
            <w:tcMar>
              <w:top w:w="105" w:type="dxa"/>
              <w:start w:w="120" w:type="dxa"/>
              <w:bottom w:w="105" w:type="dxa"/>
              <w:end w:w="120" w:type="dxa"/>
            </w:tcMar>
            <w:vAlign w:val="center"/>
          </w:tcPr>
          <w:p>
            <w:r>
              <w:rPr>
                <w:b/>
                <w:color w:val="FFFFFF"/>
                <w:sz w:val="17"/>
              </w:rPr>
              <w:t>Feststellung, Lage und Massnahme</w:t>
            </w:r>
          </w:p>
        </w:tc>
        <w:tc>
          <w:tcPr>
            <w:tcW w:type="dxa" w:w="900"/>
            <w:shd w:fill="173D32"/>
            <w:tcMar>
              <w:top w:w="105" w:type="dxa"/>
              <w:start w:w="120" w:type="dxa"/>
              <w:bottom w:w="105" w:type="dxa"/>
              <w:end w:w="120" w:type="dxa"/>
            </w:tcMar>
            <w:vAlign w:val="center"/>
          </w:tcPr>
          <w:p>
            <w:r>
              <w:rPr>
                <w:b/>
                <w:color w:val="FFFFFF"/>
                <w:sz w:val="17"/>
              </w:rPr>
              <w:t>Foto</w:t>
            </w:r>
          </w:p>
        </w:tc>
      </w:tr>
      <w:tr>
        <w:trPr>
          <w:cantSplit/>
        </w:trPr>
        <w:tc>
          <w:tcPr>
            <w:tcW w:type="dxa" w:w="750"/>
            <w:tcMar>
              <w:top w:w="105" w:type="dxa"/>
              <w:start w:w="120" w:type="dxa"/>
              <w:bottom w:w="105" w:type="dxa"/>
              <w:end w:w="120" w:type="dxa"/>
            </w:tcMar>
            <w:vAlign w:val="center"/>
          </w:tcPr>
          <w:p>
            <w:r/>
            <w:r>
              <w:t>NA1</w:t>
            </w:r>
          </w:p>
        </w:tc>
        <w:tc>
          <w:tcPr>
            <w:tcW w:type="dxa" w:w="1900"/>
            <w:tcMar>
              <w:top w:w="105" w:type="dxa"/>
              <w:start w:w="120" w:type="dxa"/>
              <w:bottom w:w="105" w:type="dxa"/>
              <w:end w:w="120" w:type="dxa"/>
            </w:tcMar>
            <w:vAlign w:val="center"/>
          </w:tcPr>
          <w:p>
            <w:r/>
            <w:r>
              <w:t>Balkon / Terrasse / Sitzplatz</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NA2</w:t>
            </w:r>
          </w:p>
        </w:tc>
        <w:tc>
          <w:tcPr>
            <w:tcW w:type="dxa" w:w="1900"/>
            <w:tcMar>
              <w:top w:w="105" w:type="dxa"/>
              <w:start w:w="120" w:type="dxa"/>
              <w:bottom w:w="105" w:type="dxa"/>
              <w:end w:w="120" w:type="dxa"/>
            </w:tcMar>
            <w:vAlign w:val="center"/>
          </w:tcPr>
          <w:p>
            <w:r/>
            <w:r>
              <w:t>Sonnenstore / Geländer / Boden</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NA3</w:t>
            </w:r>
          </w:p>
        </w:tc>
        <w:tc>
          <w:tcPr>
            <w:tcW w:type="dxa" w:w="1900"/>
            <w:tcMar>
              <w:top w:w="105" w:type="dxa"/>
              <w:start w:w="120" w:type="dxa"/>
              <w:bottom w:w="105" w:type="dxa"/>
              <w:end w:w="120" w:type="dxa"/>
            </w:tcMar>
            <w:vAlign w:val="center"/>
          </w:tcPr>
          <w:p>
            <w:r/>
            <w:r>
              <w:t>Garten / Umgebung / Bepflanzung</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NA4</w:t>
            </w:r>
          </w:p>
        </w:tc>
        <w:tc>
          <w:tcPr>
            <w:tcW w:type="dxa" w:w="1900"/>
            <w:tcMar>
              <w:top w:w="105" w:type="dxa"/>
              <w:start w:w="120" w:type="dxa"/>
              <w:bottom w:w="105" w:type="dxa"/>
              <w:end w:w="120" w:type="dxa"/>
            </w:tcMar>
            <w:vAlign w:val="center"/>
          </w:tcPr>
          <w:p>
            <w:r/>
            <w:r>
              <w:t>Kellerabteil / Hurde / Fenster</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NA5</w:t>
            </w:r>
          </w:p>
        </w:tc>
        <w:tc>
          <w:tcPr>
            <w:tcW w:type="dxa" w:w="1900"/>
            <w:tcMar>
              <w:top w:w="105" w:type="dxa"/>
              <w:start w:w="120" w:type="dxa"/>
              <w:bottom w:w="105" w:type="dxa"/>
              <w:end w:w="120" w:type="dxa"/>
            </w:tcMar>
            <w:vAlign w:val="center"/>
          </w:tcPr>
          <w:p>
            <w:r/>
            <w:r>
              <w:t>Estrich / Reduit / Abstellraum</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NA6</w:t>
            </w:r>
          </w:p>
        </w:tc>
        <w:tc>
          <w:tcPr>
            <w:tcW w:type="dxa" w:w="1900"/>
            <w:tcMar>
              <w:top w:w="105" w:type="dxa"/>
              <w:start w:w="120" w:type="dxa"/>
              <w:bottom w:w="105" w:type="dxa"/>
              <w:end w:w="120" w:type="dxa"/>
            </w:tcMar>
            <w:vAlign w:val="center"/>
          </w:tcPr>
          <w:p>
            <w:r/>
            <w:r>
              <w:t>Garage / Einstellplatz / Tor</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NA7</w:t>
            </w:r>
          </w:p>
        </w:tc>
        <w:tc>
          <w:tcPr>
            <w:tcW w:type="dxa" w:w="1900"/>
            <w:tcMar>
              <w:top w:w="105" w:type="dxa"/>
              <w:start w:w="120" w:type="dxa"/>
              <w:bottom w:w="105" w:type="dxa"/>
              <w:end w:w="120" w:type="dxa"/>
            </w:tcMar>
            <w:vAlign w:val="center"/>
          </w:tcPr>
          <w:p>
            <w:r/>
            <w:r>
              <w:t>Waschküche / Geräte / Trocknungsraum</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NA8</w:t>
            </w:r>
          </w:p>
        </w:tc>
        <w:tc>
          <w:tcPr>
            <w:tcW w:type="dxa" w:w="1900"/>
            <w:tcMar>
              <w:top w:w="105" w:type="dxa"/>
              <w:start w:w="120" w:type="dxa"/>
              <w:bottom w:w="105" w:type="dxa"/>
              <w:end w:w="120" w:type="dxa"/>
            </w:tcMar>
            <w:vAlign w:val="center"/>
          </w:tcPr>
          <w:p>
            <w:r/>
            <w:r>
              <w:t>Veloraum / gemeinschaftliche Anlagen</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NA9</w:t>
            </w:r>
          </w:p>
        </w:tc>
        <w:tc>
          <w:tcPr>
            <w:tcW w:type="dxa" w:w="1900"/>
            <w:tcMar>
              <w:top w:w="105" w:type="dxa"/>
              <w:start w:w="120" w:type="dxa"/>
              <w:bottom w:w="105" w:type="dxa"/>
              <w:end w:w="120" w:type="dxa"/>
            </w:tcMar>
            <w:vAlign w:val="center"/>
          </w:tcPr>
          <w:p>
            <w:r/>
            <w:r>
              <w:t>Briefkasten / Namensschilder</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750"/>
            <w:tcMar>
              <w:top w:w="105" w:type="dxa"/>
              <w:start w:w="120" w:type="dxa"/>
              <w:bottom w:w="105" w:type="dxa"/>
              <w:end w:w="120" w:type="dxa"/>
            </w:tcMar>
            <w:vAlign w:val="center"/>
          </w:tcPr>
          <w:p>
            <w:r/>
            <w:r>
              <w:t>NA10</w:t>
            </w:r>
          </w:p>
        </w:tc>
        <w:tc>
          <w:tcPr>
            <w:tcW w:type="dxa" w:w="1900"/>
            <w:tcMar>
              <w:top w:w="105" w:type="dxa"/>
              <w:start w:w="120" w:type="dxa"/>
              <w:bottom w:w="105" w:type="dxa"/>
              <w:end w:w="120" w:type="dxa"/>
            </w:tcMar>
            <w:vAlign w:val="center"/>
          </w:tcPr>
          <w:p>
            <w:r/>
            <w:r>
              <w:t>Weitere Nebenfläche oder Einrichtung</w:t>
            </w:r>
          </w:p>
        </w:tc>
        <w:tc>
          <w:tcPr>
            <w:tcW w:type="dxa" w:w="2250"/>
            <w:tcMar>
              <w:top w:w="105" w:type="dxa"/>
              <w:start w:w="120" w:type="dxa"/>
              <w:bottom w:w="105" w:type="dxa"/>
              <w:end w:w="120" w:type="dxa"/>
            </w:tcMar>
            <w:vAlign w:val="center"/>
          </w:tcPr>
          <w:p>
            <w:r/>
            <w:r>
              <w:t>☐ A  ☐ B  ☐ C  ☐ D</w:t>
            </w:r>
          </w:p>
        </w:tc>
        <w:tc>
          <w:tcPr>
            <w:tcW w:type="dxa" w:w="42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bl>
    <w:p>
      <w:pPr>
        <w:spacing w:after="0"/>
      </w:pPr>
    </w:p>
    <w:p>
      <w:pPr>
        <w:pStyle w:val="Heading1"/>
      </w:pPr>
      <w:r>
        <w:t>5. Funktions- und Sicherheitskontrolle</w:t>
      </w:r>
    </w:p>
    <w:tbl>
      <w:tblPr>
        <w:tblStyle w:val="TableGrid"/>
        <w:tblW w:type="dxa" w:w="10035"/>
        <w:jc w:val="left"/>
        <w:tblLayout w:type="fixed"/>
        <w:tblLook w:firstColumn="1" w:firstRow="1" w:lastColumn="0" w:lastRow="0" w:noHBand="0" w:noVBand="1" w:val="04A0"/>
        <w:tblInd w:w="120" w:type="dxa"/>
      </w:tblPr>
      <w:tblGrid>
        <w:gridCol w:w="3850"/>
        <w:gridCol w:w="1700"/>
        <w:gridCol w:w="3550"/>
        <w:gridCol w:w="935"/>
      </w:tblGrid>
      <w:tr>
        <w:trPr>
          <w:cantSplit/>
          <w:tblHeader w:val="true"/>
        </w:trPr>
        <w:tc>
          <w:tcPr>
            <w:tcW w:type="dxa" w:w="3850"/>
            <w:shd w:fill="173D32"/>
            <w:tcMar>
              <w:top w:w="105" w:type="dxa"/>
              <w:start w:w="120" w:type="dxa"/>
              <w:bottom w:w="105" w:type="dxa"/>
              <w:end w:w="120" w:type="dxa"/>
            </w:tcMar>
            <w:vAlign w:val="center"/>
          </w:tcPr>
          <w:p>
            <w:r>
              <w:rPr>
                <w:b/>
                <w:color w:val="FFFFFF"/>
                <w:sz w:val="17"/>
              </w:rPr>
              <w:t>Prüfpunkt</w:t>
            </w:r>
          </w:p>
        </w:tc>
        <w:tc>
          <w:tcPr>
            <w:tcW w:type="dxa" w:w="1700"/>
            <w:shd w:fill="173D32"/>
            <w:tcMar>
              <w:top w:w="105" w:type="dxa"/>
              <w:start w:w="120" w:type="dxa"/>
              <w:bottom w:w="105" w:type="dxa"/>
              <w:end w:w="120" w:type="dxa"/>
            </w:tcMar>
            <w:vAlign w:val="center"/>
          </w:tcPr>
          <w:p>
            <w:r>
              <w:rPr>
                <w:b/>
                <w:color w:val="FFFFFF"/>
                <w:sz w:val="17"/>
              </w:rPr>
              <w:t>Geprüft</w:t>
            </w:r>
          </w:p>
        </w:tc>
        <w:tc>
          <w:tcPr>
            <w:tcW w:type="dxa" w:w="3550"/>
            <w:shd w:fill="173D32"/>
            <w:tcMar>
              <w:top w:w="105" w:type="dxa"/>
              <w:start w:w="120" w:type="dxa"/>
              <w:bottom w:w="105" w:type="dxa"/>
              <w:end w:w="120" w:type="dxa"/>
            </w:tcMar>
            <w:vAlign w:val="center"/>
          </w:tcPr>
          <w:p>
            <w:r>
              <w:rPr>
                <w:b/>
                <w:color w:val="FFFFFF"/>
                <w:sz w:val="17"/>
              </w:rPr>
              <w:t>Ergebnis / Feststellung</w:t>
            </w:r>
          </w:p>
        </w:tc>
        <w:tc>
          <w:tcPr>
            <w:tcW w:type="dxa" w:w="935"/>
            <w:shd w:fill="173D32"/>
            <w:tcMar>
              <w:top w:w="105" w:type="dxa"/>
              <w:start w:w="120" w:type="dxa"/>
              <w:bottom w:w="105" w:type="dxa"/>
              <w:end w:w="120" w:type="dxa"/>
            </w:tcMar>
            <w:vAlign w:val="center"/>
          </w:tcPr>
          <w:p>
            <w:r>
              <w:rPr>
                <w:b/>
                <w:color w:val="FFFFFF"/>
                <w:sz w:val="17"/>
              </w:rPr>
              <w:t>Foto-Nr.</w:t>
            </w:r>
          </w:p>
        </w:tc>
      </w:tr>
      <w:tr>
        <w:trPr>
          <w:cantSplit/>
        </w:trPr>
        <w:tc>
          <w:tcPr>
            <w:tcW w:type="dxa" w:w="3850"/>
            <w:tcMar>
              <w:top w:w="105" w:type="dxa"/>
              <w:start w:w="120" w:type="dxa"/>
              <w:bottom w:w="105" w:type="dxa"/>
              <w:end w:w="120" w:type="dxa"/>
            </w:tcMar>
            <w:vAlign w:val="center"/>
          </w:tcPr>
          <w:p>
            <w:r/>
            <w:r>
              <w:t>Kochfeld, Backofen, Kühlschrank und Geschirrspüler</w:t>
            </w:r>
          </w:p>
        </w:tc>
        <w:tc>
          <w:tcPr>
            <w:tcW w:type="dxa" w:w="1700"/>
            <w:tcMar>
              <w:top w:w="105" w:type="dxa"/>
              <w:start w:w="120" w:type="dxa"/>
              <w:bottom w:w="105" w:type="dxa"/>
              <w:end w:w="120" w:type="dxa"/>
            </w:tcMar>
            <w:vAlign w:val="center"/>
          </w:tcPr>
          <w:p>
            <w:r/>
            <w:r>
              <w:t>☐ ja  ☐ nein</w:t>
            </w:r>
          </w:p>
        </w:tc>
        <w:tc>
          <w:tcPr>
            <w:tcW w:type="dxa" w:w="355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3850"/>
            <w:tcMar>
              <w:top w:w="105" w:type="dxa"/>
              <w:start w:w="120" w:type="dxa"/>
              <w:bottom w:w="105" w:type="dxa"/>
              <w:end w:w="120" w:type="dxa"/>
            </w:tcMar>
            <w:vAlign w:val="center"/>
          </w:tcPr>
          <w:p>
            <w:r/>
            <w:r>
              <w:t>Armaturen, Abläufe, WC-Spülungen und Dichtigkeit</w:t>
            </w:r>
          </w:p>
        </w:tc>
        <w:tc>
          <w:tcPr>
            <w:tcW w:type="dxa" w:w="1700"/>
            <w:tcMar>
              <w:top w:w="105" w:type="dxa"/>
              <w:start w:w="120" w:type="dxa"/>
              <w:bottom w:w="105" w:type="dxa"/>
              <w:end w:w="120" w:type="dxa"/>
            </w:tcMar>
            <w:vAlign w:val="center"/>
          </w:tcPr>
          <w:p>
            <w:r/>
            <w:r>
              <w:t>☐ ja  ☐ nein</w:t>
            </w:r>
          </w:p>
        </w:tc>
        <w:tc>
          <w:tcPr>
            <w:tcW w:type="dxa" w:w="355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3850"/>
            <w:tcMar>
              <w:top w:w="105" w:type="dxa"/>
              <w:start w:w="120" w:type="dxa"/>
              <w:bottom w:w="105" w:type="dxa"/>
              <w:end w:w="120" w:type="dxa"/>
            </w:tcMar>
            <w:vAlign w:val="center"/>
          </w:tcPr>
          <w:p>
            <w:r/>
            <w:r>
              <w:t>Heizung, Thermostate, Lüftung und Warmwasser</w:t>
            </w:r>
          </w:p>
        </w:tc>
        <w:tc>
          <w:tcPr>
            <w:tcW w:type="dxa" w:w="1700"/>
            <w:tcMar>
              <w:top w:w="105" w:type="dxa"/>
              <w:start w:w="120" w:type="dxa"/>
              <w:bottom w:w="105" w:type="dxa"/>
              <w:end w:w="120" w:type="dxa"/>
            </w:tcMar>
            <w:vAlign w:val="center"/>
          </w:tcPr>
          <w:p>
            <w:r/>
            <w:r>
              <w:t>☐ ja  ☐ nein</w:t>
            </w:r>
          </w:p>
        </w:tc>
        <w:tc>
          <w:tcPr>
            <w:tcW w:type="dxa" w:w="355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3850"/>
            <w:tcMar>
              <w:top w:w="105" w:type="dxa"/>
              <w:start w:w="120" w:type="dxa"/>
              <w:bottom w:w="105" w:type="dxa"/>
              <w:end w:w="120" w:type="dxa"/>
            </w:tcMar>
            <w:vAlign w:val="center"/>
          </w:tcPr>
          <w:p>
            <w:r/>
            <w:r>
              <w:t>Fenster, Türen, Schlösser, Storen und Sonnenstoren</w:t>
            </w:r>
          </w:p>
        </w:tc>
        <w:tc>
          <w:tcPr>
            <w:tcW w:type="dxa" w:w="1700"/>
            <w:tcMar>
              <w:top w:w="105" w:type="dxa"/>
              <w:start w:w="120" w:type="dxa"/>
              <w:bottom w:w="105" w:type="dxa"/>
              <w:end w:w="120" w:type="dxa"/>
            </w:tcMar>
            <w:vAlign w:val="center"/>
          </w:tcPr>
          <w:p>
            <w:r/>
            <w:r>
              <w:t>☐ ja  ☐ nein</w:t>
            </w:r>
          </w:p>
        </w:tc>
        <w:tc>
          <w:tcPr>
            <w:tcW w:type="dxa" w:w="355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3850"/>
            <w:tcMar>
              <w:top w:w="105" w:type="dxa"/>
              <w:start w:w="120" w:type="dxa"/>
              <w:bottom w:w="105" w:type="dxa"/>
              <w:end w:w="120" w:type="dxa"/>
            </w:tcMar>
            <w:vAlign w:val="center"/>
          </w:tcPr>
          <w:p>
            <w:r/>
            <w:r>
              <w:t>Schalter, Steckdosen, Beleuchtung und Gegensprechanlage</w:t>
            </w:r>
          </w:p>
        </w:tc>
        <w:tc>
          <w:tcPr>
            <w:tcW w:type="dxa" w:w="1700"/>
            <w:tcMar>
              <w:top w:w="105" w:type="dxa"/>
              <w:start w:w="120" w:type="dxa"/>
              <w:bottom w:w="105" w:type="dxa"/>
              <w:end w:w="120" w:type="dxa"/>
            </w:tcMar>
            <w:vAlign w:val="center"/>
          </w:tcPr>
          <w:p>
            <w:r/>
            <w:r>
              <w:t>☐ ja  ☐ nein</w:t>
            </w:r>
          </w:p>
        </w:tc>
        <w:tc>
          <w:tcPr>
            <w:tcW w:type="dxa" w:w="355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3850"/>
            <w:tcMar>
              <w:top w:w="105" w:type="dxa"/>
              <w:start w:w="120" w:type="dxa"/>
              <w:bottom w:w="105" w:type="dxa"/>
              <w:end w:w="120" w:type="dxa"/>
            </w:tcMar>
            <w:vAlign w:val="center"/>
          </w:tcPr>
          <w:p>
            <w:r/>
            <w:r>
              <w:t>Rauchmelder / Brandschutzeinrichtungen, soweit vorhanden</w:t>
            </w:r>
          </w:p>
        </w:tc>
        <w:tc>
          <w:tcPr>
            <w:tcW w:type="dxa" w:w="1700"/>
            <w:tcMar>
              <w:top w:w="105" w:type="dxa"/>
              <w:start w:w="120" w:type="dxa"/>
              <w:bottom w:w="105" w:type="dxa"/>
              <w:end w:w="120" w:type="dxa"/>
            </w:tcMar>
            <w:vAlign w:val="center"/>
          </w:tcPr>
          <w:p>
            <w:r/>
            <w:r>
              <w:t>☐ ja  ☐ nein</w:t>
            </w:r>
          </w:p>
        </w:tc>
        <w:tc>
          <w:tcPr>
            <w:tcW w:type="dxa" w:w="355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cantSplit/>
        </w:trPr>
        <w:tc>
          <w:tcPr>
            <w:tcW w:type="dxa" w:w="3850"/>
            <w:tcMar>
              <w:top w:w="105" w:type="dxa"/>
              <w:start w:w="120" w:type="dxa"/>
              <w:bottom w:w="105" w:type="dxa"/>
              <w:end w:w="120" w:type="dxa"/>
            </w:tcMar>
            <w:vAlign w:val="center"/>
          </w:tcPr>
          <w:p>
            <w:r/>
            <w:r>
              <w:t>Weitere technische Einrichtung</w:t>
            </w:r>
          </w:p>
        </w:tc>
        <w:tc>
          <w:tcPr>
            <w:tcW w:type="dxa" w:w="1700"/>
            <w:tcMar>
              <w:top w:w="105" w:type="dxa"/>
              <w:start w:w="120" w:type="dxa"/>
              <w:bottom w:w="105" w:type="dxa"/>
              <w:end w:w="120" w:type="dxa"/>
            </w:tcMar>
            <w:vAlign w:val="center"/>
          </w:tcPr>
          <w:p>
            <w:r/>
            <w:r>
              <w:t>☐ ja  ☐ nein</w:t>
            </w:r>
          </w:p>
        </w:tc>
        <w:tc>
          <w:tcPr>
            <w:tcW w:type="dxa" w:w="355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9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bl>
    <w:p>
      <w:pPr>
        <w:spacing w:after="0"/>
      </w:pPr>
    </w:p>
    <w:p>
      <w:pPr>
        <w:pStyle w:val="Heading1"/>
      </w:pPr>
      <w:r>
        <w:t>6. Reinigung, Inventar und Unterlagen</w:t>
      </w:r>
    </w:p>
    <w:p>
      <w:pPr>
        <w:spacing w:after="30"/>
        <w:ind w:left="85" w:firstLine="0"/>
      </w:pPr>
      <w:r>
        <w:rPr>
          <w:b/>
        </w:rPr>
        <w:t xml:space="preserve">☐ </w:t>
      </w:r>
      <w:r>
        <w:t>Objekt geräumt und gemäss Vereinbarung gereinigt; Beanstandungen sind oben erfasst</w:t>
      </w:r>
    </w:p>
    <w:p>
      <w:pPr>
        <w:spacing w:after="30"/>
        <w:ind w:left="85" w:firstLine="0"/>
      </w:pPr>
      <w:r>
        <w:rPr>
          <w:b/>
        </w:rPr>
        <w:t xml:space="preserve">☐ </w:t>
      </w:r>
      <w:r>
        <w:t>Inventarliste geprüft und um Zustand oder fehlende Teile ergänzt</w:t>
      </w:r>
    </w:p>
    <w:p>
      <w:pPr>
        <w:spacing w:after="30"/>
        <w:ind w:left="85" w:firstLine="0"/>
      </w:pPr>
      <w:r>
        <w:rPr>
          <w:b/>
        </w:rPr>
        <w:t xml:space="preserve">☐ </w:t>
      </w:r>
      <w:r>
        <w:t>Bedienungsanleitungen, Garantien und Wartungsnachweise übergeben</w:t>
      </w:r>
    </w:p>
    <w:p>
      <w:pPr>
        <w:spacing w:after="30"/>
        <w:ind w:left="85" w:firstLine="0"/>
      </w:pPr>
      <w:r>
        <w:rPr>
          <w:b/>
        </w:rPr>
        <w:t xml:space="preserve">☐ </w:t>
      </w:r>
      <w:r>
        <w:t>Hausordnung, Reglemente sowie Verwaltungskontakte übergeben</w:t>
      </w:r>
    </w:p>
    <w:p>
      <w:pPr>
        <w:spacing w:after="30"/>
        <w:ind w:left="85" w:firstLine="0"/>
      </w:pPr>
      <w:r>
        <w:rPr>
          <w:b/>
        </w:rPr>
        <w:t xml:space="preserve">☐ </w:t>
      </w:r>
      <w:r>
        <w:t>Namensschilder, Fernbedienungen und weitere Zugangsmittel vollständig übergeben</w:t>
      </w:r>
    </w:p>
    <w:p>
      <w:pPr>
        <w:pStyle w:val="Heading1"/>
      </w:pPr>
      <w:r>
        <w:t>7. Mängelbehebung, Kosten und offene Punkte</w:t>
      </w:r>
    </w:p>
    <w:p>
      <w:r>
        <w:t>Nur eindeutig vereinbarte Positionen ausfüllen. Bei noch unbekannten Kosten «Kostenvoranschlag vorbehalten» vermerken. Eine Haftung oder Kostenübernahme sollte ausdrücklich und separat bestätigt werden.</w:t>
      </w:r>
    </w:p>
    <w:tbl>
      <w:tblPr>
        <w:tblStyle w:val="TableGrid"/>
        <w:tblW w:type="dxa" w:w="10035"/>
        <w:jc w:val="left"/>
        <w:tblLayout w:type="fixed"/>
        <w:tblLook w:firstColumn="1" w:firstRow="1" w:lastColumn="0" w:lastRow="0" w:noHBand="0" w:noVBand="1" w:val="04A0"/>
        <w:tblInd w:w="120" w:type="dxa"/>
      </w:tblPr>
      <w:tblGrid>
        <w:gridCol w:w="800"/>
        <w:gridCol w:w="3400"/>
        <w:gridCol w:w="1900"/>
        <w:gridCol w:w="1500"/>
        <w:gridCol w:w="2435"/>
      </w:tblGrid>
      <w:tr>
        <w:trPr>
          <w:cantSplit/>
          <w:tblHeader w:val="true"/>
        </w:trPr>
        <w:tc>
          <w:tcPr>
            <w:tcW w:type="dxa" w:w="800"/>
            <w:shd w:fill="173D32"/>
            <w:tcMar>
              <w:top w:w="105" w:type="dxa"/>
              <w:start w:w="120" w:type="dxa"/>
              <w:bottom w:w="105" w:type="dxa"/>
              <w:end w:w="120" w:type="dxa"/>
            </w:tcMar>
            <w:vAlign w:val="center"/>
          </w:tcPr>
          <w:p>
            <w:r>
              <w:rPr>
                <w:b/>
                <w:color w:val="FFFFFF"/>
                <w:sz w:val="17"/>
              </w:rPr>
              <w:t>Pos.</w:t>
            </w:r>
          </w:p>
        </w:tc>
        <w:tc>
          <w:tcPr>
            <w:tcW w:type="dxa" w:w="3400"/>
            <w:shd w:fill="173D32"/>
            <w:tcMar>
              <w:top w:w="105" w:type="dxa"/>
              <w:start w:w="120" w:type="dxa"/>
              <w:bottom w:w="105" w:type="dxa"/>
              <w:end w:w="120" w:type="dxa"/>
            </w:tcMar>
            <w:vAlign w:val="center"/>
          </w:tcPr>
          <w:p>
            <w:r>
              <w:rPr>
                <w:b/>
                <w:color w:val="FFFFFF"/>
                <w:sz w:val="17"/>
              </w:rPr>
              <w:t>Massnahme / Auftrag</w:t>
            </w:r>
          </w:p>
        </w:tc>
        <w:tc>
          <w:tcPr>
            <w:tcW w:type="dxa" w:w="1900"/>
            <w:shd w:fill="173D32"/>
            <w:tcMar>
              <w:top w:w="105" w:type="dxa"/>
              <w:start w:w="120" w:type="dxa"/>
              <w:bottom w:w="105" w:type="dxa"/>
              <w:end w:w="120" w:type="dxa"/>
            </w:tcMar>
            <w:vAlign w:val="center"/>
          </w:tcPr>
          <w:p>
            <w:r>
              <w:rPr>
                <w:b/>
                <w:color w:val="FFFFFF"/>
                <w:sz w:val="17"/>
              </w:rPr>
              <w:t>Verantwortlich</w:t>
            </w:r>
          </w:p>
        </w:tc>
        <w:tc>
          <w:tcPr>
            <w:tcW w:type="dxa" w:w="1500"/>
            <w:shd w:fill="173D32"/>
            <w:tcMar>
              <w:top w:w="105" w:type="dxa"/>
              <w:start w:w="120" w:type="dxa"/>
              <w:bottom w:w="105" w:type="dxa"/>
              <w:end w:w="120" w:type="dxa"/>
            </w:tcMar>
            <w:vAlign w:val="center"/>
          </w:tcPr>
          <w:p>
            <w:r>
              <w:rPr>
                <w:b/>
                <w:color w:val="FFFFFF"/>
                <w:sz w:val="17"/>
              </w:rPr>
              <w:t>Frist</w:t>
            </w:r>
          </w:p>
        </w:tc>
        <w:tc>
          <w:tcPr>
            <w:tcW w:type="dxa" w:w="2435"/>
            <w:shd w:fill="173D32"/>
            <w:tcMar>
              <w:top w:w="105" w:type="dxa"/>
              <w:start w:w="120" w:type="dxa"/>
              <w:bottom w:w="105" w:type="dxa"/>
              <w:end w:w="120" w:type="dxa"/>
            </w:tcMar>
            <w:vAlign w:val="center"/>
          </w:tcPr>
          <w:p>
            <w:r>
              <w:rPr>
                <w:b/>
                <w:color w:val="FFFFFF"/>
                <w:sz w:val="17"/>
              </w:rPr>
              <w:t>Kosten / Anteil / Vorbehalt</w:t>
            </w:r>
          </w:p>
        </w:tc>
      </w:tr>
      <w:tr>
        <w:trPr>
          <w:trHeight w:val="482" w:hRule="atLeast"/>
          <w:cantSplit/>
        </w:trPr>
        <w:tc>
          <w:tcPr>
            <w:tcW w:type="dxa" w:w="800"/>
            <w:tcMar>
              <w:top w:w="105" w:type="dxa"/>
              <w:start w:w="120" w:type="dxa"/>
              <w:bottom w:w="105" w:type="dxa"/>
              <w:end w:w="120" w:type="dxa"/>
            </w:tcMar>
            <w:vAlign w:val="center"/>
          </w:tcPr>
          <w:p>
            <w:r/>
          </w:p>
        </w:tc>
        <w:tc>
          <w:tcPr>
            <w:tcW w:type="dxa" w:w="34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1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15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24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trHeight w:val="482" w:hRule="atLeast"/>
          <w:cantSplit/>
        </w:trPr>
        <w:tc>
          <w:tcPr>
            <w:tcW w:type="dxa" w:w="800"/>
            <w:tcMar>
              <w:top w:w="105" w:type="dxa"/>
              <w:start w:w="120" w:type="dxa"/>
              <w:bottom w:w="105" w:type="dxa"/>
              <w:end w:w="120" w:type="dxa"/>
            </w:tcMar>
            <w:vAlign w:val="center"/>
          </w:tcPr>
          <w:p>
            <w:r/>
          </w:p>
        </w:tc>
        <w:tc>
          <w:tcPr>
            <w:tcW w:type="dxa" w:w="34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1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15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24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trHeight w:val="482" w:hRule="atLeast"/>
          <w:cantSplit/>
        </w:trPr>
        <w:tc>
          <w:tcPr>
            <w:tcW w:type="dxa" w:w="800"/>
            <w:tcMar>
              <w:top w:w="105" w:type="dxa"/>
              <w:start w:w="120" w:type="dxa"/>
              <w:bottom w:w="105" w:type="dxa"/>
              <w:end w:w="120" w:type="dxa"/>
            </w:tcMar>
            <w:vAlign w:val="center"/>
          </w:tcPr>
          <w:p>
            <w:r/>
          </w:p>
        </w:tc>
        <w:tc>
          <w:tcPr>
            <w:tcW w:type="dxa" w:w="34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1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15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24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r>
        <w:trPr>
          <w:trHeight w:val="482" w:hRule="atLeast"/>
          <w:cantSplit/>
        </w:trPr>
        <w:tc>
          <w:tcPr>
            <w:tcW w:type="dxa" w:w="800"/>
            <w:tcMar>
              <w:top w:w="105" w:type="dxa"/>
              <w:start w:w="120" w:type="dxa"/>
              <w:bottom w:w="105" w:type="dxa"/>
              <w:end w:w="120" w:type="dxa"/>
            </w:tcMar>
            <w:vAlign w:val="center"/>
          </w:tcPr>
          <w:p>
            <w:r/>
          </w:p>
        </w:tc>
        <w:tc>
          <w:tcPr>
            <w:tcW w:type="dxa" w:w="34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19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1500"/>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c>
          <w:tcPr>
            <w:tcW w:type="dxa" w:w="2435"/>
            <w:tcMar>
              <w:top w:w="105" w:type="dxa"/>
              <w:start w:w="120" w:type="dxa"/>
              <w:bottom w:w="105" w:type="dxa"/>
              <w:end w:w="120" w:type="dxa"/>
            </w:tcMar>
            <w:vAlign w:val="center"/>
          </w:tcPr>
          <w:p>
            <w:r/>
          </w:p>
          <w:p>
            <w:pPr>
              <w:spacing w:before="80" w:after="20" w:line="173" w:lineRule="auto"/>
              <w:pBdr>
                <w:bottom w:val="single" w:sz="4" w:space="2" w:color="CCD5CF"/>
              </w:pBdr>
            </w:pPr>
            <w:r>
              <w:t xml:space="preserve"> </w:t>
            </w:r>
          </w:p>
        </w:tc>
      </w:tr>
    </w:tbl>
    <w:p>
      <w:pPr>
        <w:spacing w:after="0"/>
      </w:pPr>
    </w:p>
    <w:p>
      <w:pPr>
        <w:pStyle w:val="Heading1"/>
      </w:pPr>
      <w:r>
        <w:t>8. Foto- und Dokumentenanhang</w:t>
      </w:r>
    </w:p>
    <w:p>
      <w:pPr>
        <w:spacing w:after="30"/>
        <w:ind w:left="85" w:firstLine="0"/>
      </w:pPr>
      <w:r>
        <w:rPr>
          <w:b/>
        </w:rPr>
        <w:t xml:space="preserve">☐ </w:t>
      </w:r>
      <w:r>
        <w:t>Fotoliste mit Bildnummer, Raum, Datum und Beschreibung</w:t>
      </w:r>
    </w:p>
    <w:p>
      <w:pPr>
        <w:spacing w:after="30"/>
        <w:ind w:left="85" w:firstLine="0"/>
      </w:pPr>
      <w:r>
        <w:rPr>
          <w:b/>
        </w:rPr>
        <w:t xml:space="preserve">☐ </w:t>
      </w:r>
      <w:r>
        <w:t>Grundriss / Inventarliste</w:t>
      </w:r>
    </w:p>
    <w:p>
      <w:pPr>
        <w:spacing w:after="30"/>
        <w:ind w:left="85" w:firstLine="0"/>
      </w:pPr>
      <w:r>
        <w:rPr>
          <w:b/>
        </w:rPr>
        <w:t xml:space="preserve">☐ </w:t>
      </w:r>
      <w:r>
        <w:t>Bedienungsanleitungen / Garantien</w:t>
      </w:r>
    </w:p>
    <w:p>
      <w:pPr>
        <w:spacing w:after="30"/>
        <w:ind w:left="85" w:firstLine="0"/>
      </w:pPr>
      <w:r>
        <w:rPr>
          <w:b/>
        </w:rPr>
        <w:t xml:space="preserve">☐ </w:t>
      </w:r>
      <w:r>
        <w:t>Kopie Schlüsselverzeichnis</w:t>
      </w:r>
    </w:p>
    <w:p>
      <w:pPr>
        <w:spacing w:after="30"/>
        <w:ind w:left="85" w:firstLine="0"/>
      </w:pPr>
      <w:r>
        <w:rPr>
          <w:b/>
        </w:rPr>
        <w:t xml:space="preserve">☐ </w:t>
      </w:r>
      <w:r>
        <w:t>Weitere: ______________________________</w:t>
      </w:r>
    </w:p>
    <w:tbl>
      <w:tblPr>
        <w:tblW w:type="dxa" w:w="10035"/>
        <w:jc w:val="left"/>
        <w:tblLayout w:type="fixed"/>
        <w:tblLook w:firstColumn="1" w:firstRow="1" w:lastColumn="0" w:lastRow="0" w:noHBand="0" w:noVBand="1" w:val="04A0"/>
        <w:tblInd w:w="120" w:type="dxa"/>
      </w:tblPr>
      <w:tblGrid>
        <w:gridCol w:w="2750"/>
        <w:gridCol w:w="7285"/>
      </w:tblGrid>
      <w:tr>
        <w:trPr>
          <w:cantSplit/>
          <w:trHeight w:val="465" w:hRule="atLeast"/>
        </w:trPr>
        <w:tc>
          <w:tcPr>
            <w:tcW w:type="dxa" w:w="2750"/>
            <w:shd w:fill="EAF1EC"/>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center"/>
          </w:tcPr>
          <w:p>
            <w:r>
              <w:rPr>
                <w:b/>
                <w:color w:val="173D32"/>
              </w:rPr>
              <w:t>Allgemeine Bemerkungen / Vorbehalte</w:t>
            </w:r>
          </w:p>
        </w:tc>
        <w:tc>
          <w:tcPr>
            <w:tcW w:type="dxa" w:w="7285"/>
            <w:shd w:fill="FAFCFA"/>
            <w:tcBorders>
              <w:top w:val="single" w:sz="8" w:color="CCD5CF"/>
              <w:start w:val="single" w:sz="8" w:color="CCD5CF"/>
              <w:bottom w:val="single" w:sz="8" w:color="CCD5CF"/>
              <w:end w:val="single" w:sz="8" w:color="CCD5CF"/>
              <w:insideH w:val="single" w:sz="8" w:color="CCD5CF"/>
              <w:insideV w:val="single" w:sz="8" w:color="CCD5CF"/>
            </w:tcBorders>
            <w:tcMar>
              <w:top w:w="105" w:type="dxa"/>
              <w:start w:w="120" w:type="dxa"/>
              <w:bottom w:w="105" w:type="dxa"/>
              <w:end w:w="120" w:type="dxa"/>
            </w:tcMar>
            <w:vAlign w:val="top"/>
          </w:tcPr>
          <w:p>
            <w:pPr>
              <w:spacing w:after="20"/>
            </w:pPr>
            <w:r/>
            <w:r/>
          </w:p>
          <w:p>
            <w:pPr>
              <w:spacing w:before="100" w:after="40" w:line="216" w:lineRule="auto"/>
              <w:pBdr>
                <w:bottom w:val="single" w:sz="5" w:space="2" w:color="CCD5CF"/>
              </w:pBdr>
            </w:pPr>
            <w:r>
              <w:t xml:space="preserve"> </w:t>
            </w:r>
          </w:p>
          <w:p>
            <w:pPr>
              <w:spacing w:before="60" w:after="40" w:line="216" w:lineRule="auto"/>
              <w:pBdr>
                <w:bottom w:val="single" w:sz="5" w:space="2" w:color="CCD5CF"/>
              </w:pBdr>
            </w:pPr>
            <w:r>
              <w:t xml:space="preserve"> </w:t>
            </w:r>
          </w:p>
          <w:p>
            <w:pPr>
              <w:spacing w:before="60" w:after="40" w:line="216" w:lineRule="auto"/>
              <w:pBdr>
                <w:bottom w:val="single" w:sz="5" w:space="2" w:color="CCD5CF"/>
              </w:pBdr>
            </w:pPr>
            <w:r>
              <w:t xml:space="preserve"> </w:t>
            </w:r>
          </w:p>
        </w:tc>
      </w:tr>
    </w:tbl>
    <w:p>
      <w:pPr>
        <w:spacing w:after="0"/>
      </w:pPr>
    </w:p>
    <w:p>
      <w:r>
        <w:t>Mit der Unterschrift bestätigen die Parteien die gemeinsame Aufnahme der dokumentierten Feststellungen und die Anzahl der übergebenen Zugangsmittel. Nicht anerkannte Positionen und Vorbehalte sind ausdrücklich bezeichnet. Die Unterzeichnung allein gilt nicht als Schuldanerkennung.</w:t>
      </w:r>
    </w:p>
    <w:p>
      <w:pPr>
        <w:pStyle w:val="Heading1"/>
      </w:pPr>
      <w:r>
        <w:t>Unterschriften</w:t>
      </w:r>
    </w:p>
    <w:tbl>
      <w:tblPr>
        <w:tblW w:type="dxa" w:w="10035"/>
        <w:jc w:val="left"/>
        <w:tblLayout w:type="fixed"/>
        <w:tblLook w:firstColumn="1" w:firstRow="1" w:lastColumn="0" w:lastRow="0" w:noHBand="0" w:noVBand="1" w:val="04A0"/>
        <w:tblInd w:w="120" w:type="dxa"/>
      </w:tblPr>
      <w:tblGrid>
        <w:gridCol w:w="3345"/>
        <w:gridCol w:w="3345"/>
        <w:gridCol w:w="3345"/>
      </w:tblGrid>
      <w:tr>
        <w:trPr>
          <w:cantSplit/>
        </w:trPr>
        <w:tc>
          <w:tcPr>
            <w:tcW w:type="dxa" w:w="3345"/>
            <w:shd w:fill="FAFCFA"/>
            <w:tcMar>
              <w:top w:w="105" w:type="dxa"/>
              <w:start w:w="120" w:type="dxa"/>
              <w:bottom w:w="105" w:type="dxa"/>
              <w:end w:w="120" w:type="dxa"/>
            </w:tcMar>
            <w:vAlign w:val="center"/>
          </w:tcPr>
          <w:p>
            <w:r/>
            <w:r>
              <w:rPr>
                <w:b/>
              </w:rPr>
              <w:t>Übergebende Partei / Verwaltung</w:t>
            </w:r>
          </w:p>
          <w:p>
            <w:pPr>
              <w:spacing w:before="60" w:after="20"/>
            </w:pPr>
            <w:r>
              <w:t>Ort / Datum</w:t>
            </w:r>
          </w:p>
          <w:p>
            <w:pPr>
              <w:spacing w:line="115" w:lineRule="auto" w:after="20"/>
              <w:pBdr>
                <w:bottom w:val="single" w:sz="5" w:space="2" w:color="5E6B65"/>
              </w:pBdr>
            </w:pPr>
            <w:r>
              <w:t xml:space="preserve"> </w:t>
            </w:r>
          </w:p>
          <w:p>
            <w:pPr>
              <w:spacing w:before="60" w:after="20"/>
            </w:pPr>
            <w:r>
              <w:t>Name / Funktion</w:t>
            </w:r>
          </w:p>
          <w:p>
            <w:pPr>
              <w:spacing w:line="115" w:lineRule="auto" w:after="20"/>
              <w:pBdr>
                <w:bottom w:val="single" w:sz="5" w:space="2" w:color="5E6B65"/>
              </w:pBdr>
            </w:pPr>
            <w:r>
              <w:t xml:space="preserve"> </w:t>
            </w:r>
          </w:p>
          <w:p>
            <w:pPr>
              <w:spacing w:before="60" w:after="20"/>
            </w:pPr>
            <w:r>
              <w:t>Unterschrift</w:t>
            </w:r>
          </w:p>
          <w:p>
            <w:pPr>
              <w:spacing w:line="173" w:lineRule="auto" w:after="20"/>
              <w:pBdr>
                <w:bottom w:val="single" w:sz="5" w:space="2" w:color="5E6B65"/>
              </w:pBdr>
            </w:pPr>
            <w:r>
              <w:t xml:space="preserve"> </w:t>
            </w:r>
          </w:p>
        </w:tc>
        <w:tc>
          <w:tcPr>
            <w:tcW w:type="dxa" w:w="3345"/>
            <w:shd w:fill="FAFCFA"/>
            <w:tcMar>
              <w:top w:w="105" w:type="dxa"/>
              <w:start w:w="120" w:type="dxa"/>
              <w:bottom w:w="105" w:type="dxa"/>
              <w:end w:w="120" w:type="dxa"/>
            </w:tcMar>
            <w:vAlign w:val="center"/>
          </w:tcPr>
          <w:p>
            <w:r/>
            <w:r>
              <w:rPr>
                <w:b/>
              </w:rPr>
              <w:t>Übernehmende Partei</w:t>
            </w:r>
          </w:p>
          <w:p>
            <w:pPr>
              <w:spacing w:before="60" w:after="20"/>
            </w:pPr>
            <w:r>
              <w:t>Ort / Datum</w:t>
            </w:r>
          </w:p>
          <w:p>
            <w:pPr>
              <w:spacing w:line="115" w:lineRule="auto" w:after="20"/>
              <w:pBdr>
                <w:bottom w:val="single" w:sz="5" w:space="2" w:color="5E6B65"/>
              </w:pBdr>
            </w:pPr>
            <w:r>
              <w:t xml:space="preserve"> </w:t>
            </w:r>
          </w:p>
          <w:p>
            <w:pPr>
              <w:spacing w:before="60" w:after="20"/>
            </w:pPr>
            <w:r>
              <w:t>Name / Funktion</w:t>
            </w:r>
          </w:p>
          <w:p>
            <w:pPr>
              <w:spacing w:line="115" w:lineRule="auto" w:after="20"/>
              <w:pBdr>
                <w:bottom w:val="single" w:sz="5" w:space="2" w:color="5E6B65"/>
              </w:pBdr>
            </w:pPr>
            <w:r>
              <w:t xml:space="preserve"> </w:t>
            </w:r>
          </w:p>
          <w:p>
            <w:pPr>
              <w:spacing w:before="60" w:after="20"/>
            </w:pPr>
            <w:r>
              <w:t>Unterschrift</w:t>
            </w:r>
          </w:p>
          <w:p>
            <w:pPr>
              <w:spacing w:line="173" w:lineRule="auto" w:after="20"/>
              <w:pBdr>
                <w:bottom w:val="single" w:sz="5" w:space="2" w:color="5E6B65"/>
              </w:pBdr>
            </w:pPr>
            <w:r>
              <w:t xml:space="preserve"> </w:t>
            </w:r>
          </w:p>
        </w:tc>
        <w:tc>
          <w:tcPr>
            <w:tcW w:type="dxa" w:w="3345"/>
            <w:shd w:fill="FAFCFA"/>
            <w:tcMar>
              <w:top w:w="105" w:type="dxa"/>
              <w:start w:w="120" w:type="dxa"/>
              <w:bottom w:w="105" w:type="dxa"/>
              <w:end w:w="120" w:type="dxa"/>
            </w:tcMar>
            <w:vAlign w:val="center"/>
          </w:tcPr>
          <w:p>
            <w:r/>
            <w:r>
              <w:rPr>
                <w:b/>
              </w:rPr>
              <w:t>Fachperson / Zeuge (optional)</w:t>
            </w:r>
          </w:p>
          <w:p>
            <w:pPr>
              <w:spacing w:before="60" w:after="20"/>
            </w:pPr>
            <w:r>
              <w:t>Ort / Datum</w:t>
            </w:r>
          </w:p>
          <w:p>
            <w:pPr>
              <w:spacing w:line="115" w:lineRule="auto" w:after="20"/>
              <w:pBdr>
                <w:bottom w:val="single" w:sz="5" w:space="2" w:color="5E6B65"/>
              </w:pBdr>
            </w:pPr>
            <w:r>
              <w:t xml:space="preserve"> </w:t>
            </w:r>
          </w:p>
          <w:p>
            <w:pPr>
              <w:spacing w:before="60" w:after="20"/>
            </w:pPr>
            <w:r>
              <w:t>Name / Funktion</w:t>
            </w:r>
          </w:p>
          <w:p>
            <w:pPr>
              <w:spacing w:line="115" w:lineRule="auto" w:after="20"/>
              <w:pBdr>
                <w:bottom w:val="single" w:sz="5" w:space="2" w:color="5E6B65"/>
              </w:pBdr>
            </w:pPr>
            <w:r>
              <w:t xml:space="preserve"> </w:t>
            </w:r>
          </w:p>
          <w:p>
            <w:pPr>
              <w:spacing w:before="60" w:after="20"/>
            </w:pPr>
            <w:r>
              <w:t>Unterschrift</w:t>
            </w:r>
          </w:p>
          <w:p>
            <w:pPr>
              <w:spacing w:line="173" w:lineRule="auto" w:after="20"/>
              <w:pBdr>
                <w:bottom w:val="single" w:sz="5" w:space="2" w:color="5E6B65"/>
              </w:pBdr>
            </w:pPr>
            <w:r>
              <w:t xml:space="preserve"> </w:t>
            </w:r>
          </w:p>
        </w:tc>
      </w:tr>
    </w:tbl>
    <w:tbl>
      <w:tblPr>
        <w:tblW w:type="dxa" w:w="10035"/>
        <w:jc w:val="left"/>
        <w:tblLayout w:type="fixed"/>
        <w:tblLook w:firstColumn="1" w:firstRow="1" w:lastColumn="0" w:lastRow="0" w:noHBand="0" w:noVBand="1" w:val="04A0"/>
        <w:tblInd w:w="120" w:type="dxa"/>
      </w:tblPr>
      <w:tblGrid>
        <w:gridCol w:w="10035"/>
      </w:tblGrid>
      <w:tr>
        <w:trPr>
          <w:cantSplit/>
        </w:trPr>
        <w:tc>
          <w:tcPr>
            <w:tcW w:type="dxa" w:w="10035"/>
            <w:shd w:fill="F3F6F3"/>
            <w:tcMar>
              <w:top w:w="105" w:type="dxa"/>
              <w:start w:w="120" w:type="dxa"/>
              <w:bottom w:w="105" w:type="dxa"/>
              <w:end w:w="120" w:type="dxa"/>
            </w:tcMar>
            <w:vAlign w:val="center"/>
          </w:tcPr>
          <w:p>
            <w:pPr>
              <w:spacing w:after="20"/>
            </w:pPr>
            <w:r>
              <w:rPr>
                <w:sz w:val="16"/>
              </w:rPr>
            </w:r>
            <w:r>
              <w:rPr>
                <w:b/>
                <w:color w:val="173D32"/>
                <w:sz w:val="16"/>
              </w:rPr>
              <w:t xml:space="preserve">Hinweis: </w:t>
            </w:r>
            <w:r>
              <w:rPr>
                <w:sz w:val="16"/>
              </w:rPr>
              <w:t>Allgemeine Schweizer Vorlage, keine Rechtsberatung. Zwingendes Recht, kantonale Vorschriften, amtliche Formulare und die konkrete Vertragslage gehen vor; bei Streit oder besonderen Verhältnissen ist eine fachliche Prüfung empfohlen.</w:t>
            </w:r>
          </w:p>
          <w:p>
            <w:pPr>
              <w:spacing w:after="20"/>
            </w:pPr>
            <w:r>
              <w:rPr>
                <w:b/>
                <w:sz w:val="16"/>
              </w:rPr>
              <w:t xml:space="preserve">Berücksichtigte Grundlagen: </w:t>
            </w:r>
            <w:r>
              <w:rPr>
                <w:sz w:val="16"/>
              </w:rPr>
              <w:t>OR Art. 256, Art. 267 und Art. 267a (Gebrauchstauglichkeit, Rückgabe, Prüfung und Mängelrüge); normale Abnutzung bleibt vorbehalten.</w:t>
            </w:r>
          </w:p>
          <w:p>
            <w:pPr>
              <w:spacing w:after="0"/>
            </w:pPr>
            <w:r>
              <w:rPr>
                <w:b/>
                <w:sz w:val="16"/>
              </w:rPr>
              <w:t xml:space="preserve">Offizielle Quellen: </w:t>
            </w:r>
            <w:r>
              <w:rPr>
                <w:sz w:val="16"/>
              </w:rPr>
              <w:t>fedlex.admin.ch (OR SR 220; ZGB SR 210) und bwo.admin.ch/de/formularpflicht. Rechtsstand: August 2026.</w:t>
            </w:r>
          </w:p>
        </w:tc>
      </w:tr>
    </w:tbl>
    <w:sectPr w:rsidR="00FC693F" w:rsidRPr="0006063C" w:rsidSect="00034616">
      <w:headerReference w:type="default" r:id="rId9"/>
      <w:footerReference w:type="default" r:id="rId10"/>
      <w:pgSz w:w="11906" w:h="16838"/>
      <w:pgMar w:top="1162" w:right="935" w:bottom="765" w:left="935" w:header="255" w:footer="31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40"/>
      <w:jc w:val="center"/>
    </w:pPr>
    <w:r>
      <w:rPr>
        <w:rFonts w:ascii="Arial" w:hAnsi="Arial"/>
        <w:color w:val="5E6B65"/>
        <w:sz w:val="14"/>
      </w:rPr>
      <w:t xml:space="preserve">WohnFair.ch  |  Stand: August 2026  |  Seite </w:t>
    </w:r>
    <w:r>
      <w:fldChar w:fldCharType="begin"/>
      <w:instrText xml:space="preserve">PAGE</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tbl>
    <w:tblPr>
      <w:tblW w:type="dxa" w:w="10035"/>
      <w:jc w:val="left"/>
      <w:tblLayout w:type="fixed"/>
      <w:tblLook w:firstColumn="1" w:firstRow="1" w:lastColumn="0" w:lastRow="0" w:noHBand="0" w:noVBand="1" w:val="04A0"/>
      <w:tblInd w:w="0" w:type="dxa"/>
    </w:tblPr>
    <w:tblGrid>
      <w:gridCol w:w="4600"/>
      <w:gridCol w:w="5435"/>
    </w:tblGrid>
    <w:tr>
      <w:trPr>
        <w:cantSplit/>
      </w:trPr>
      <w:tc>
        <w:tcPr>
          <w:tcW w:type="dxa" w:w="4600"/>
          <w:tcMar>
            <w:top w:w="0" w:type="dxa"/>
            <w:start w:w="0" w:type="dxa"/>
            <w:bottom w:w="20" w:type="dxa"/>
            <w:end w:w="0" w:type="dxa"/>
          </w:tcMar>
          <w:vAlign w:val="center"/>
        </w:tcPr>
        <w:p>
          <w:pPr>
            <w:spacing w:after="0"/>
          </w:pPr>
          <w:r>
            <w:drawing>
              <wp:inline xmlns:a="http://schemas.openxmlformats.org/drawingml/2006/main" xmlns:pic="http://schemas.openxmlformats.org/drawingml/2006/picture">
                <wp:extent cx="1494000" cy="346421"/>
                <wp:docPr id="1" name="Picture 1" descr="WohnFair.ch Logo" title="WohnFair"/>
                <wp:cNvGraphicFramePr>
                  <a:graphicFrameLocks noChangeAspect="1"/>
                </wp:cNvGraphicFramePr>
                <a:graphic>
                  <a:graphicData uri="http://schemas.openxmlformats.org/drawingml/2006/picture">
                    <pic:pic>
                      <pic:nvPicPr>
                        <pic:cNvPr id="0" name="wohnfair-logo-doc.png"/>
                        <pic:cNvPicPr/>
                      </pic:nvPicPr>
                      <pic:blipFill>
                        <a:blip r:embed="rId1"/>
                        <a:stretch>
                          <a:fillRect/>
                        </a:stretch>
                      </pic:blipFill>
                      <pic:spPr>
                        <a:xfrm>
                          <a:off x="0" y="0"/>
                          <a:ext cx="1494000" cy="346421"/>
                        </a:xfrm>
                        <a:prstGeom prst="rect"/>
                      </pic:spPr>
                    </pic:pic>
                  </a:graphicData>
                </a:graphic>
              </wp:inline>
            </w:drawing>
          </w:r>
        </w:p>
      </w:tc>
      <w:tc>
        <w:tcPr>
          <w:tcW w:type="dxa" w:w="5435"/>
          <w:tcMar>
            <w:top w:w="0" w:type="dxa"/>
            <w:start w:w="0" w:type="dxa"/>
            <w:bottom w:w="20" w:type="dxa"/>
            <w:end w:w="0" w:type="dxa"/>
          </w:tcMar>
          <w:vAlign w:val="center"/>
        </w:tcPr>
        <w:p>
          <w:pPr>
            <w:spacing w:after="0"/>
            <w:jc w:val="right"/>
          </w:pPr>
          <w:r>
            <w:rPr>
              <w:rFonts w:ascii="Arial" w:hAnsi="Arial"/>
              <w:b/>
              <w:color w:val="5E6B65"/>
              <w:sz w:val="14"/>
            </w:rPr>
            <w:t>Immobiliendokument von WohnFair.ch</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0" w:lineRule="auto"/>
    </w:pPr>
    <w:rPr>
      <w:rFonts w:ascii="Arial" w:hAnsi="Arial"/>
      <w:color w:val="17221D"/>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outlineLvl w:val="0"/>
    </w:pPr>
    <w:rPr>
      <w:rFonts w:asciiTheme="majorHAnsi" w:eastAsiaTheme="majorEastAsia" w:hAnsiTheme="majorHAnsi" w:cstheme="majorBidi" w:ascii="Arial" w:hAnsi="Arial"/>
      <w:b/>
      <w:bCs/>
      <w:color w:val="173D32"/>
      <w:sz w:val="24"/>
      <w:szCs w:val="28"/>
    </w:rPr>
  </w:style>
  <w:style w:type="paragraph" w:styleId="Heading2">
    <w:name w:val="heading 2"/>
    <w:basedOn w:val="Normal"/>
    <w:next w:val="Normal"/>
    <w:link w:val="Heading2Char"/>
    <w:uiPriority w:val="9"/>
    <w:unhideWhenUsed/>
    <w:qFormat/>
    <w:rsid w:val="00FC693F"/>
    <w:pPr>
      <w:keepNext/>
      <w:keepLines/>
      <w:spacing w:before="100" w:after="40"/>
      <w:outlineLvl w:val="1"/>
    </w:pPr>
    <w:rPr>
      <w:rFonts w:asciiTheme="majorHAnsi" w:eastAsiaTheme="majorEastAsia" w:hAnsiTheme="majorHAnsi" w:cstheme="majorBidi" w:ascii="Arial" w:hAnsi="Arial"/>
      <w:b/>
      <w:bCs/>
      <w:color w:val="173D32"/>
      <w:sz w:val="20"/>
      <w:szCs w:val="26"/>
    </w:rPr>
  </w:style>
  <w:style w:type="paragraph" w:styleId="Heading3">
    <w:name w:val="heading 3"/>
    <w:basedOn w:val="Normal"/>
    <w:next w:val="Normal"/>
    <w:link w:val="Heading3Char"/>
    <w:uiPriority w:val="9"/>
    <w:unhideWhenUsed/>
    <w:qFormat/>
    <w:rsid w:val="00FC693F"/>
    <w:pPr>
      <w:keepNext/>
      <w:keepLines/>
      <w:spacing w:before="80" w:after="40"/>
      <w:outlineLvl w:val="2"/>
    </w:pPr>
    <w:rPr>
      <w:rFonts w:asciiTheme="majorHAnsi" w:eastAsiaTheme="majorEastAsia" w:hAnsiTheme="majorHAnsi" w:cstheme="majorBidi" w:ascii="Arial" w:hAnsi="Arial"/>
      <w:b/>
      <w:bCs/>
      <w:color w:val="17221D"/>
      <w:sz w:val="1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30"/>
      <w:ind w:left="312" w:hanging="142"/>
      <w:contextualSpacing/>
    </w:pPr>
    <w:rPr>
      <w:rFonts w:ascii="Arial" w:hAnsi="Arial"/>
      <w:sz w:val="18"/>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30"/>
      <w:ind w:left="312" w:hanging="142"/>
      <w:contextualSpacing/>
    </w:pPr>
    <w:rPr>
      <w:rFonts w:ascii="Arial" w:hAnsi="Arial"/>
      <w:sz w:val="18"/>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WFTitle">
    <w:name w:val="WF Title"/>
    <w:pPr>
      <w:keepNext/>
      <w:spacing w:before="0" w:after="60"/>
    </w:pPr>
    <w:rPr>
      <w:rFonts w:ascii="Arial" w:hAnsi="Arial"/>
      <w:b/>
      <w:color w:val="173D32"/>
      <w:sz w:val="34"/>
    </w:rPr>
  </w:style>
  <w:style w:type="paragraph" w:customStyle="1" w:styleId="WFSubtitle">
    <w:name w:val="WF Subtitle"/>
    <w:pPr>
      <w:keepNext/>
      <w:spacing w:before="0" w:after="140"/>
    </w:pPr>
    <w:rPr>
      <w:rFonts w:ascii="Arial" w:hAnsi="Arial"/>
      <w:b w:val="0"/>
      <w:color w:val="5E6B65"/>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Übergabe- und Abnahmeprotokoll</dc:title>
  <dc:subject>Schweizer Immobilienvorlage</dc:subject>
  <dc:creator>WohnFair</dc:creator>
  <cp:keywords>Schweiz, Immobilien, Vorlage, WohnFair</cp:keywords>
  <dc:description>generated by python-docx</dc:description>
  <cp:lastModifiedBy>WohnFair</cp:lastModifiedBy>
  <cp:revision>1</cp:revision>
  <dcterms:created xsi:type="dcterms:W3CDTF">2013-12-23T23:15:00Z</dcterms:created>
  <dcterms:modified xsi:type="dcterms:W3CDTF">2013-12-23T23:15:00Z</dcterms:modified>
  <cp:category/>
</cp:coreProperties>
</file>